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שומרים על המשאבים: כסף וקיימות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חוסכים בכסף – ושומרים על כדור הארץ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יסבירו מה הם משאבים ולמה הם מוגבלים.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יבינו את הקשר בין שמירה על משאבים לחיסכון בכסף.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יציעו דרכים לתקן, להשתמש שוב ולמחזר.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להביא שקית "זבל" נקי (בקבוק, קופסה, דף) ולשאול: מה עוד אפשר לעשות עם זה?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לערוך "מבצע כיבוי" בכיתה: מי אחראי או אחראית לכבות אור ומזגן ביציאה להפסקה.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פינת יצירה מחומרים ממוחזרים – כל ילד וילדה מביאים פריט אחד מהבית.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משאב הוא: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מים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צעצוע שנשבר: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מנסים לתקן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יוצאים מהחדר: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מכבים את האור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נייר ובקבוקי פלסטיק: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ממיינים למיחזור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שומרים וחוסכים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שתי דרכים לחסוך מים בבית.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לסגור את הברז בזמן צחצוח, להתקלח קצר, לתקן ברז מטפטף, להשקות בערב.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מחברת עולה 6 ₪. השתמשתי בדפים ריקים ממחברת ישנה ולא קניתי 2 מחברות. כמה חסכתי?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12 ₪ (6+6).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דבר אחד שאפשר להשתמש בו שוב.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בקבוק, שקית בד, קופסת אוכל, צנצנת, דף שכתוב רק מצד אחד.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למה שמירה על משאבים חוסכת גם כסף?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כי על מים, חשמל ומוצרים משלמים; כשמשתמשים בפחות או מתקנים, קונים פחות ומשלמים פחות.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אני שומר או שומרת על כדור הארץ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לקשר בין חיסכון בכסף לשמירה על הסביבה: תיקון ושימוש חוזר עוזרים לשניהם. לאסוף רעיונות לרשימה כיתתית.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מציינת פעולה מעשית וברורה (לסגור ברז, לכבות אור, לתקן) ומראה שימוש יצירתי בחפץ ישן.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זה משאבים?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במה אנחנו משתמשים בכל יום מהטבע?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כדור ארץ תלת־ממדי מחייך מוקף טיפות מים, עצים ונורה.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המשאבים מוגבלים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מים, עצים וחשמל לא קיימים בלי סוף. שומרים עליהם.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עץ תלת־ממדי גדול ולידו שעון חול שהחול בו יורד.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גם זה כסף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על מים וחשמל המשפחה משלמת. חוסכים – ונשאר 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ברז תלת־ממדי נסגר ומטבע קטן קופץ לתוך קופה.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מתקנים ומשתמשים שוב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לפני שזורקים, שואלים: אפשר לתקן? אפשר להשתמש שוב?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 ואחותו, דמויות תלת־ממדיות, מתקנים יחד רוכסן של קלמר צבעוני.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ממחזרים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ממיינים נייר, פלסטיק וזכוכית – כל אחד לפח שלו.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שלושה פחי מיחזור תלת־ממדיים צבעוניים עם פרצופים שמחים.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שומרי כדור הארץ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מה אני אעשה השבוע? בוחרים פעולה אחת.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ילדים תלת־ממדיים מחזיקים ידיים סביב כדור הארץ, וגינה פורחת מתחתיהם.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שומרים על המשאבים: כסף וקיימות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חוסכים בכסף – ושומרים על כדור הארץ · כיתה ב׳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כששומרים על המשאבים, חוסכים כסף וגם שומרים על כדור הארץ.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משאבים הם דברים שאנחנו משתמשים בהם: מים, חשמל, עצים, נייר ואוכל.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המשאבים של כדור הארץ מוגבלים, ולכן צריך לשמור עליהם.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גם מים וחשמל עולים כסף – המשפחה משלמת עליהם.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אפשר לתקן, להשתמש שוב ולמחזר במקום לזרוק.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קונים רק מה שצריך – וכך יש פחות זבל ונשאר יותר כסף.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מאיה מילאה בקבוק מים מהבית ולא קנתה בקבוק חדש בכל יום. היא חסכה כסף, והיה פחות פלסטיק בפח.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משאבים – </w:t>
      </w:r>
      <w:r>
        <w:rPr>
          <w:rFonts w:ascii="Arial" w:hAnsi="Arial" w:cs="Arial"/>
          <w:b w:val="0"/>
          <w:i w:val="0"/>
          <w:rtl w:val="1"/>
        </w:rPr>
        <w:t>דברים מהטבע שאנחנו משתמשים בהם, כמו מים ועצים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קיימות – </w:t>
      </w:r>
      <w:r>
        <w:rPr>
          <w:rFonts w:ascii="Arial" w:hAnsi="Arial" w:cs="Arial"/>
          <w:b w:val="0"/>
          <w:i w:val="0"/>
          <w:rtl w:val="1"/>
        </w:rPr>
        <w:t>לשמור על כדור הארץ גם בשביל הילדים של מחר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מיחזור – </w:t>
      </w:r>
      <w:r>
        <w:rPr>
          <w:rFonts w:ascii="Arial" w:hAnsi="Arial" w:cs="Arial"/>
          <w:b w:val="0"/>
          <w:i w:val="0"/>
          <w:rtl w:val="1"/>
        </w:rPr>
        <w:t>הפיכת דבר ישן לחומר שעושים ממנו דבר חדש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שימוש חוזר – </w:t>
      </w:r>
      <w:r>
        <w:rPr>
          <w:rFonts w:ascii="Arial" w:hAnsi="Arial" w:cs="Arial"/>
          <w:b w:val="0"/>
          <w:i w:val="0"/>
          <w:rtl w:val="1"/>
        </w:rPr>
        <w:t>להשתמש בדבר שוב ושוב, במקום לזרוק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בזבוז – </w:t>
      </w:r>
      <w:r>
        <w:rPr>
          <w:rFonts w:ascii="Arial" w:hAnsi="Arial" w:cs="Arial"/>
          <w:b w:val="0"/>
          <w:i w:val="0"/>
          <w:rtl w:val="1"/>
        </w:rPr>
        <w:t>שימוש ביותר ממה שצריך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תיקון – </w:t>
      </w:r>
      <w:r>
        <w:rPr>
          <w:rFonts w:ascii="Arial" w:hAnsi="Arial" w:cs="Arial"/>
          <w:b w:val="0"/>
          <w:i w:val="0"/>
          <w:rtl w:val="1"/>
        </w:rPr>
        <w:t>לסדר דבר שנשבר כדי שיעבוד שוב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משאב הוא: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מים     ◯ ב. משחק מחשב     ◯ ג. שיר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צעצוע שנשבר: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זורקים מיד     ◯ ב. מנסים לתקן     ◯ ג. מחביאים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יוצאים מהחדר: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משאירים אור     ◯ ב. פותחים חלון     ◯ ג. מכבים את האור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נייר ובקבוקי פלסטיק: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ממיינים למיחזור     ◯ ב. מחביאים בארון     ◯ ג. זורקים לאותו פח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שומרים וחוסכים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כתבו וחשבו.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שתי דרכים לחסוך מים בבית.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מחברת עולה 6 ₪. השתמשתי בדפים ריקים ממחברת ישנה ולא קניתי 2 מחברות. כמה חסכתי?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דבר אחד שאפשר להשתמש בו שוב.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למה שמירה על משאבים חוסכת גם כסף?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אני שומר או שומרת על כדור הארץ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חשבו מה אתן ואתם יכולים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הקלמר של אלון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הרוכסן בקלמר של אלון נתקע. אלון אמר: "נקנה חדש!" אחותו נוגה הציעה: "בוא ננסה לתקן." הם מרחו קצת סבון על הרוכסן, והוא נפתח! אמא אמרה: "חסכתם כסף, ולא זרקנו עוד דבר לפח." אלון חייך: "והקלמר הזה הכי אהוב עליי."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קרה לקלמר של אלון?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נוגה הציעה, ומה יצא מזה?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עוד אפשר לתקן או להשתמש בו שוב במקום לזרוק?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כתבו או ציירו דבר אחד שתעשו השבוע כדי לחסוך במשאבים.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המציאו שימוש חדש לקופסה או לבקבוק ישן. ציירו וכתבו.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שומרים על המשאבים: כסף וקיימות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משאב אחד.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דבר אחד שאעשה כדי לחסוך: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