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drawing>
          <wp:inline xmlns:a="http://schemas.openxmlformats.org/drawingml/2006/main" xmlns:pic="http://schemas.openxmlformats.org/drawingml/2006/picture">
            <wp:extent cx="503999" cy="50399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s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3999" cy="503999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i w:val="0"/>
          <w:color w:val="EA580C"/>
          <w:sz w:val="34"/>
          <w:rtl w:val="1"/>
          <w:bCs/>
          <w:szCs w:val="34"/>
        </w:rPr>
        <w:t xml:space="preserve">  למה אנשים עובדים?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4B5563"/>
          <w:sz w:val="20"/>
          <w:rtl w:val="1"/>
          <w:szCs w:val="20"/>
        </w:rPr>
        <w:t>כסף, הנאה ועזרה לאחרים – מה עוד? · כיתה ב׳ · חינוך פיננסי</w:t>
      </w:r>
    </w:p>
    <w:p>
      <w:pPr>
        <w:bidi w:val="1"/>
        <w:spacing w:after="160"/>
        <w:jc w:val="right"/>
      </w:pPr>
      <w:r>
        <w:rPr>
          <w:rFonts w:ascii="Arial" w:hAnsi="Arial" w:cs="Arial"/>
          <w:b/>
          <w:i w:val="0"/>
          <w:color w:val="7C3AED"/>
          <w:sz w:val="24"/>
          <w:rtl w:val="1"/>
          <w:bCs/>
          <w:szCs w:val="24"/>
        </w:rPr>
        <w:t>מהדורה למורה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🎯 מטרות השיעור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1. התלמידים והתלמידות יסבירו שעובדים כדי להרוויח כסף וגם מסיבות נוספות.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2. יכירו מקצועות שונים ומה עושים בהם.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3. יבחינו בין עבודה בשכר להתנדבות.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💡 דגשים והצעות להוראה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• פתיחה: "ניחוש מקצוע" – ילד או ילדה מציגים מקצוע בפנטומימה והשאר מנחשים.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• לבקש מהתלמידים לשאול בבית: מה עושים ההורים או בני המשפחה בעבודה, ומה הם אוהבים בה? (ברגישות – לא כל המשפחות עובדות באותו אופן.)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• להזמין הורה או איש או אשת צוות לספר בקצרה על העבודה שלהם.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✅ תשובות – חלק א׳ – מה נכון?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 xml:space="preserve">1. משכורת היא: – </w:t>
      </w:r>
      <w:r>
        <w:rPr>
          <w:rFonts w:ascii="Arial" w:hAnsi="Arial" w:cs="Arial"/>
          <w:b/>
          <w:i w:val="0"/>
          <w:color w:val="065F46"/>
          <w:sz w:val="22"/>
          <w:rtl w:val="1"/>
          <w:bCs/>
          <w:szCs w:val="22"/>
        </w:rPr>
        <w:t>ב. כסף על עבודה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 xml:space="preserve">2. מי מגדלת ירקות? – </w:t>
      </w:r>
      <w:r>
        <w:rPr>
          <w:rFonts w:ascii="Arial" w:hAnsi="Arial" w:cs="Arial"/>
          <w:b/>
          <w:i w:val="0"/>
          <w:color w:val="065F46"/>
          <w:sz w:val="22"/>
          <w:rtl w:val="1"/>
          <w:bCs/>
          <w:szCs w:val="22"/>
        </w:rPr>
        <w:t>א. חקלאית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 xml:space="preserve">3. עבודה בלי כסף, כדי לעזור: – </w:t>
      </w:r>
      <w:r>
        <w:rPr>
          <w:rFonts w:ascii="Arial" w:hAnsi="Arial" w:cs="Arial"/>
          <w:b/>
          <w:i w:val="0"/>
          <w:color w:val="065F46"/>
          <w:sz w:val="22"/>
          <w:rtl w:val="1"/>
          <w:bCs/>
          <w:szCs w:val="22"/>
        </w:rPr>
        <w:t>ג. התנדבות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 xml:space="preserve">4. אנשים עובדים: – </w:t>
      </w:r>
      <w:r>
        <w:rPr>
          <w:rFonts w:ascii="Arial" w:hAnsi="Arial" w:cs="Arial"/>
          <w:b/>
          <w:i w:val="0"/>
          <w:color w:val="065F46"/>
          <w:sz w:val="22"/>
          <w:rtl w:val="1"/>
          <w:bCs/>
          <w:szCs w:val="22"/>
        </w:rPr>
        <w:t>ב. בשביל כסף, הנאה ועזרה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✅ תשובות – חלק ב׳ – חושבים על עבודה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1. כתבו שתי סיבות שבגללן אנשים עובדים.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i w:val="0"/>
          <w:color w:val="065F46"/>
          <w:sz w:val="22"/>
          <w:rtl w:val="1"/>
          <w:bCs/>
          <w:szCs w:val="22"/>
        </w:rPr>
        <w:t>למשל: כדי להרוויח כסף, כדי לעזור לאחרים, כי הם נהנים, כדי ללמוד ולהכיר אנשים.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2. מה עושה בעבודה: אופה? כבאית? ספרנית?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i w:val="0"/>
          <w:color w:val="065F46"/>
          <w:sz w:val="22"/>
          <w:rtl w:val="1"/>
          <w:bCs/>
          <w:szCs w:val="22"/>
        </w:rPr>
        <w:t>אופה – אופה לחם ועוגות; כבאית – מכבה שריפות ומצילה; ספרנית – עוזרת למצוא ולהשאיל ספרים.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3. לדוגמה: על כל יום עבודה קיבלה דנה 50 ₪. כמה תקבל על 2 ימים?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i w:val="0"/>
          <w:color w:val="065F46"/>
          <w:sz w:val="22"/>
          <w:rtl w:val="1"/>
          <w:bCs/>
          <w:szCs w:val="22"/>
        </w:rPr>
        <w:t>100 ₪ (50+50).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4. כתבו דוגמה להתנדבות.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i w:val="0"/>
          <w:color w:val="065F46"/>
          <w:sz w:val="22"/>
          <w:rtl w:val="1"/>
          <w:bCs/>
          <w:szCs w:val="22"/>
        </w:rPr>
        <w:t>למשל: עזרה לשכנה מבוגרת, ניקיון בגינה, איסוף בגדים למשפחות, קריאת סיפור לילדים קטנים.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✅ חלק ג׳ – העבודה שאני חולם או חולמת עליה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 xml:space="preserve">מקרה הבוחן: </w:t>
      </w:r>
      <w:r>
        <w:rPr>
          <w:rFonts w:ascii="Arial" w:hAnsi="Arial" w:cs="Arial"/>
          <w:b w:val="0"/>
          <w:i w:val="0"/>
          <w:rtl w:val="1"/>
        </w:rPr>
        <w:t>לכוון לכך שכל התשובות נכונות: עובדים בשביל כסף, וגם בשביל הנאה ועזרה. סבא של עדי מתנדב.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 xml:space="preserve">תשובה טובה כוללת: </w:t>
      </w:r>
      <w:r>
        <w:rPr>
          <w:rFonts w:ascii="Arial" w:hAnsi="Arial" w:cs="Arial"/>
          <w:b w:val="0"/>
          <w:i w:val="0"/>
          <w:rtl w:val="1"/>
        </w:rPr>
        <w:t>תשובה טובה מתארת מה עושים בעבודה ומסבירה במשפט את התרומה לאחרים, למשל "וטרינרית מטפלת בחיות ועוזרת למשפחות".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🎞️ מתווה מצגת (סגנון אנימציה תלת־ממדית)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i w:val="0"/>
                <w:sz w:val="20"/>
                <w:rtl w:val="1"/>
                <w:bCs/>
                <w:szCs w:val="20"/>
              </w:rPr>
              <w:t>#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i w:val="0"/>
                <w:sz w:val="20"/>
                <w:rtl w:val="1"/>
                <w:bCs/>
                <w:szCs w:val="20"/>
              </w:rPr>
              <w:t>כותרת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i w:val="0"/>
                <w:sz w:val="20"/>
                <w:rtl w:val="1"/>
                <w:bCs/>
                <w:szCs w:val="20"/>
              </w:rPr>
              <w:t>מה בשקף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i w:val="0"/>
                <w:sz w:val="20"/>
                <w:rtl w:val="1"/>
                <w:bCs/>
                <w:szCs w:val="20"/>
              </w:rPr>
              <w:t>הדמיה</w:t>
            </w:r>
          </w:p>
        </w:tc>
      </w:tr>
      <w:tr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1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i w:val="0"/>
                <w:sz w:val="19"/>
                <w:rtl w:val="1"/>
                <w:bCs/>
                <w:szCs w:val="19"/>
              </w:rPr>
              <w:t>למה אנשים עובדים?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שאלת פתיחה: מה עושים ההורים בעבודה, ולמה?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דמות תלת־ממדית מונפשת של ילד מסתכל על רחוב מלא אנשים בבגדי עבודה שונים.</w:t>
            </w:r>
          </w:p>
        </w:tc>
      </w:tr>
      <w:tr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2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i w:val="0"/>
                <w:sz w:val="19"/>
                <w:rtl w:val="1"/>
                <w:bCs/>
                <w:szCs w:val="19"/>
              </w:rPr>
              <w:t>משכורת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על העבודה מקבלים משכורת, ובה קונים את מה שצריך.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מעטפה תלת־ממדית עם מטבעות ושקית קניות מלאה ירקות לידה.</w:t>
            </w:r>
          </w:p>
        </w:tc>
      </w:tr>
      <w:tr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3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i w:val="0"/>
                <w:sz w:val="19"/>
                <w:rtl w:val="1"/>
                <w:bCs/>
                <w:szCs w:val="19"/>
              </w:rPr>
              <w:t>עוזרים לאחרים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רופאה מטפלת, נהג מסיע, מורה מלמדת.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שלוש דמויות תלת־ממדיות מחייכות: רופאה עם סטטוסקופ, נהג אוטובוס ומורה ליד לוח.</w:t>
            </w:r>
          </w:p>
        </w:tc>
      </w:tr>
      <w:tr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4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i w:val="0"/>
                <w:sz w:val="19"/>
                <w:rtl w:val="1"/>
                <w:bCs/>
                <w:szCs w:val="19"/>
              </w:rPr>
              <w:t>נהנים ולומדים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בעבודה אפשר ליהנות, ללמוד ולהכיר חברים.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אופה תלת־ממדית מוציאה עוגה מהתנור ומחייכת חיוך רחב.</w:t>
            </w:r>
          </w:p>
        </w:tc>
      </w:tr>
      <w:tr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5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i w:val="0"/>
                <w:sz w:val="19"/>
                <w:rtl w:val="1"/>
                <w:bCs/>
                <w:szCs w:val="19"/>
              </w:rPr>
              <w:t>התנדבות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עובדים כדי לעזור – בלי לקבל כסף.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סבא תלת־ממדי שותל פרחים בגינה ציבורית עם ילדים סביבו.</w:t>
            </w:r>
          </w:p>
        </w:tc>
      </w:tr>
      <w:tr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6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i w:val="0"/>
                <w:sz w:val="19"/>
                <w:rtl w:val="1"/>
                <w:bCs/>
                <w:szCs w:val="19"/>
              </w:rPr>
              <w:t>ואני?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איזו עבודה אבחר כשאגדל?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ילדה תלת־ממדית מול מראה, ובמראה היא רואה את עצמה בבגדי עבודה של מקצועות שונים.</w:t>
            </w:r>
          </w:p>
        </w:tc>
      </w:tr>
    </w:tbl>
    <w:p>
      <w:pPr>
        <w:bidi w:val="1"/>
        <w:spacing w:after="0"/>
        <w:jc w:val="right"/>
      </w:pPr>
      <w:r>
        <w:rPr>
          <w:rFonts w:ascii="Arial" w:hAnsi="Arial" w:cs="Arial"/>
          <w:b w:val="0"/>
          <w:i w:val="0"/>
          <w:color w:val="6B7280"/>
          <w:sz w:val="17"/>
          <w:rtl w:val="1"/>
          <w:szCs w:val="17"/>
        </w:rPr>
        <w:t>יצרה: רוית ראש בן ישי · חינוך פיננסי – מכיתה א׳ ועד י״ב · מספרים ומחירים הם לדוגמה בלבד</w:t>
      </w:r>
    </w:p>
    <w:p>
      <w:r>
        <w:br w:type="page"/>
      </w:r>
    </w:p>
    <w:p>
      <w:pPr>
        <w:bidi w:val="1"/>
        <w:jc w:val="right"/>
      </w:pPr>
      <w:r>
        <w:drawing>
          <wp:inline xmlns:a="http://schemas.openxmlformats.org/drawingml/2006/main" xmlns:pic="http://schemas.openxmlformats.org/drawingml/2006/picture">
            <wp:extent cx="503999" cy="50399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s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3999" cy="503999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i w:val="0"/>
          <w:color w:val="EA580C"/>
          <w:sz w:val="34"/>
          <w:rtl w:val="1"/>
          <w:bCs/>
          <w:szCs w:val="34"/>
        </w:rPr>
        <w:t xml:space="preserve">  למה אנשים עובדים?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4B5563"/>
          <w:sz w:val="20"/>
          <w:rtl w:val="1"/>
          <w:szCs w:val="20"/>
        </w:rPr>
        <w:t>כסף, הנאה ועזרה לאחרים – מה עוד? · כיתה ב׳ · חינוך פיננסי</w:t>
      </w:r>
    </w:p>
    <w:p>
      <w:pPr>
        <w:bidi w:val="1"/>
        <w:spacing w:after="160"/>
        <w:jc w:val="right"/>
      </w:pPr>
      <w:r>
        <w:rPr>
          <w:rFonts w:ascii="Arial" w:hAnsi="Arial" w:cs="Arial"/>
          <w:b/>
          <w:i w:val="0"/>
          <w:color w:val="EA580C"/>
          <w:sz w:val="24"/>
          <w:rtl w:val="1"/>
          <w:bCs/>
          <w:szCs w:val="24"/>
        </w:rPr>
        <w:t>דף עבודה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שם: ____________________   כיתה: ________   תאריך: 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📌 תזכורת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>אנשים עובדים כדי להרוויח כסף, וגם כי העבודה נותנת להם דברים חשובים נוספים.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• בעבודה מקבלים משכורת – כסף שמשלמים לנו על העבודה.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• בעזרת המשכורת קונים אוכל, בגדים ומשלמים על הבית.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• בעבודה גם עוזרים לאנשים אחרים: רופאה מטפלת, נהג מסיע, מורה מלמדת.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• הרבה אנשים נהנים מהעבודה שלהם ולומדים בה דברים חדשים.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• יש גם התנדבות: עובדים כדי לעזור, בלי לקבל כסף.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/>
          <w:sz w:val="22"/>
          <w:rtl w:val="1"/>
          <w:szCs w:val="22"/>
        </w:rPr>
        <w:t>לדוגמה: אמא של יעל אופה עוגות במאפייה. היא מקבלת משכורת, ושמחה לראות אנשים נהנים מהעוגות.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📚 מושגים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 xml:space="preserve">עבודה – </w:t>
      </w:r>
      <w:r>
        <w:rPr>
          <w:rFonts w:ascii="Arial" w:hAnsi="Arial" w:cs="Arial"/>
          <w:b w:val="0"/>
          <w:i w:val="0"/>
          <w:rtl w:val="1"/>
        </w:rPr>
        <w:t>מה שאדם עושה כדי להרוויח כסף או לעזור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 xml:space="preserve">משכורת – </w:t>
      </w:r>
      <w:r>
        <w:rPr>
          <w:rFonts w:ascii="Arial" w:hAnsi="Arial" w:cs="Arial"/>
          <w:b w:val="0"/>
          <w:i w:val="0"/>
          <w:rtl w:val="1"/>
        </w:rPr>
        <w:t>הכסף שמקבלים על העבודה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 xml:space="preserve">מקצוע – </w:t>
      </w:r>
      <w:r>
        <w:rPr>
          <w:rFonts w:ascii="Arial" w:hAnsi="Arial" w:cs="Arial"/>
          <w:b w:val="0"/>
          <w:i w:val="0"/>
          <w:rtl w:val="1"/>
        </w:rPr>
        <w:t>העבודה שאדם למד לעשות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 xml:space="preserve">מעסיק – </w:t>
      </w:r>
      <w:r>
        <w:rPr>
          <w:rFonts w:ascii="Arial" w:hAnsi="Arial" w:cs="Arial"/>
          <w:b w:val="0"/>
          <w:i w:val="0"/>
          <w:rtl w:val="1"/>
        </w:rPr>
        <w:t>מי שנותן עבודה ומשלם משכורת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 xml:space="preserve">התנדבות – </w:t>
      </w:r>
      <w:r>
        <w:rPr>
          <w:rFonts w:ascii="Arial" w:hAnsi="Arial" w:cs="Arial"/>
          <w:b w:val="0"/>
          <w:i w:val="0"/>
          <w:rtl w:val="1"/>
        </w:rPr>
        <w:t>עבודה כדי לעזור, בלי לקבל כסף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 xml:space="preserve">הכנסה – </w:t>
      </w:r>
      <w:r>
        <w:rPr>
          <w:rFonts w:ascii="Arial" w:hAnsi="Arial" w:cs="Arial"/>
          <w:b w:val="0"/>
          <w:i w:val="0"/>
          <w:rtl w:val="1"/>
        </w:rPr>
        <w:t>כסף שנכנס למשפחה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חלק א׳ – מה נכון?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/>
          <w:color w:val="4B5563"/>
          <w:sz w:val="22"/>
          <w:rtl w:val="1"/>
          <w:szCs w:val="22"/>
        </w:rPr>
        <w:t>הקיפו את התשובה הנכונה.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1. משכורת היא: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◯ א. מתנה     ◯ ב. כסף על עבודה     ◯ ג. משחק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2. מי מגדלת ירקות?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◯ א. חקלאית     ◯ ב. רופאה     ◯ ג. נהגת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3. עבודה בלי כסף, כדי לעזור: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◯ א. חופשה     ◯ ב. משכורת     ◯ ג. התנדבות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4. אנשים עובדים: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◯ א. רק בשביל כסף     ◯ ב. בשביל כסף, הנאה ועזרה     ◯ ג. אף פעם לא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חלק ב׳ – חושבים על עבודה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/>
          <w:color w:val="4B5563"/>
          <w:sz w:val="22"/>
          <w:rtl w:val="1"/>
          <w:szCs w:val="22"/>
        </w:rPr>
        <w:t>כתבו וחשבו.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1. כתבו שתי סיבות שבגללן אנשים עובדים.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2. מה עושה בעבודה: אופה? כבאית? ספרנית?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3. לדוגמה: על כל יום עבודה קיבלה דנה 50 ₪. כמה תקבל על 2 ימים?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4. כתבו דוגמה להתנדבות.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חלק ג׳ – העבודה שאני חולם או חולמת עליה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/>
          <w:color w:val="4B5563"/>
          <w:sz w:val="22"/>
          <w:rtl w:val="1"/>
          <w:szCs w:val="22"/>
        </w:rPr>
        <w:t>דמיינו שאתן ואתם כבר גדולים.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fill="FFF7ED" w:val="clear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i w:val="0"/>
                <w:color w:val="C2410C"/>
                <w:sz w:val="22"/>
                <w:rtl w:val="1"/>
                <w:bCs/>
                <w:szCs w:val="22"/>
              </w:rPr>
              <w:t>מקרה בוחן: מה רוצה עדי להיות?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rtl w:val="1"/>
              </w:rPr>
              <w:t>בכיתה של עדי שאלו: "למה אנשים עובדים?" רוני אמר: "בשביל כסף!" שירן אמרה: "כדי לעזור לאחרים." עדי סיפרה שסבא שלה עובד בגינה של השכונה בלי כסף, רק כי הוא אוהב. עדי חשבה: "אני רוצה עבודה שאני אוהבת, שגם תביא כסף."</w:t>
            </w:r>
          </w:p>
        </w:tc>
      </w:tr>
    </w:tbl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1. מה אמרו רוני ושירן?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2. מה עושה סבא של עדי? איך קוראים לזה?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3. באיזו עבודה הייתם רוצים לעבוד? למה?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4. איזו עבודה הייתם רוצים? ציירו וכתבו מה עושים בה.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5. כתבו: איך העבודה הזאת עוזרת לאנשים אחרים?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6B7280"/>
          <w:sz w:val="22"/>
          <w:rtl w:val="1"/>
          <w:szCs w:val="22"/>
        </w:rPr>
        <w:t>✂ - - - - - - - - - - - - - - - - - - - - - - - - - - - - - - - - - - - - - - - - - -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i w:val="0"/>
          <w:sz w:val="24"/>
          <w:rtl w:val="1"/>
          <w:bCs/>
          <w:szCs w:val="24"/>
        </w:rPr>
        <w:t>כרטיס יציאה · למה אנשים עובדים?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שם: ____________________   תאריך: 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1. כתבו סיבה אחת שבגללה אנשים עובדים.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2. מה זה התנדבות?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i w:val="0"/>
          <w:color w:val="6B7280"/>
          <w:sz w:val="22"/>
          <w:rtl w:val="1"/>
          <w:szCs w:val="22"/>
        </w:rPr>
        <w:t>✂ - - - - - - - - - - - - - - - - - - - - - - - - - - - - - - - - - - - - - - - - - -</w:t>
      </w:r>
    </w:p>
    <w:p>
      <w:pPr>
        <w:bidi w:val="1"/>
        <w:spacing w:after="0"/>
        <w:jc w:val="right"/>
      </w:pPr>
      <w:r>
        <w:rPr>
          <w:rFonts w:ascii="Arial" w:hAnsi="Arial" w:cs="Arial"/>
          <w:b w:val="0"/>
          <w:i w:val="0"/>
          <w:color w:val="6B7280"/>
          <w:sz w:val="17"/>
          <w:rtl w:val="1"/>
          <w:szCs w:val="17"/>
        </w:rPr>
        <w:t>יצרה: רוית ראש בן ישי · חינוך פיננסי – מכיתה א׳ ועד י״ב · מספרים ומחירים הם לדוגמה בלבד</w:t>
      </w:r>
    </w:p>
    <w:sectPr w:rsidR="00FC693F" w:rsidRPr="0006063C" w:rsidSect="00034616"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