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מהחלפת סחורות ועד מטבעות: איך נולד הכסף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מסע בזמן: מעז ושק חיטה עד המטבע · כיתה ב׳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7C3AED"/>
          <w:sz w:val="24"/>
          <w:rtl w:val="1"/>
          <w:bCs/>
          <w:szCs w:val="24"/>
        </w:rPr>
        <w:t>מהדורה למורה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🎯 מטרות השיעור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התלמידים והתלמידות יסבירו מהו סחר חליפין ומה הקושי בו.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יסדרו את שלבי התפתחות הכסף לפי הזמן.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יבינו למה כסף מקל על קנייה ומכירה.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💡 דגשים והצעות להוראה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פתיחה: לחלק לכל ילד וילדה כרטיס עם "סחורה" (עז, חיטה, נעליים) ולבקש להחליף בלי כסף – לראות כמה זה קשה.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להביא מאזניים ולשקול מטבעות – לחבר למילה "שקל".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לבנות על הלוח ציר זמן מאויר של הכסף.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1. סחר חליפין הוא: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ב. החלפת סחורה בסחורה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2. מטבעות עשויים: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ממתכת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3. המילה "שקל" באה מ: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ג. לשקול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4. מה הופיע אחרון?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ג. כרטיסי תשלום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ב׳ – חושבים ומחליפים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לדוגמה: עז אחת שווה 3 שקי חיטה. כמה שקים שוות 2 עזים?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6 שקים (3+3).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תרנגולת שווה 5 צדפים. יש לי 10 צדפים. כמה תרנגולות אוכל לקבל?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2 תרנגולות (5+5=10).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כתבו בעיה אחת של סחר חליפין.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מי שיש לו מה שאני צריך לא רוצה את מה שיש לי; קשה לחלק עז לחצאים; קשה לסחוב סחורה.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כתבו דבר אחד שמטבע עושה טוב יותר מסחורה.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קל לסחוב אותו, לא מתקלקל, כולם מקבלים אותו, אפשר לחלק לסכומים קטנים.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חלק ג׳ – מסע בזמן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מקרה הבוחן: </w:t>
      </w:r>
      <w:r>
        <w:rPr>
          <w:rFonts w:ascii="Arial" w:hAnsi="Arial" w:cs="Arial"/>
          <w:b w:val="0"/>
          <w:i w:val="0"/>
          <w:rtl w:val="1"/>
        </w:rPr>
        <w:t>פתרון: ליאור מחליף מדבקות בעפרונות עם איתי, ואת העפרונות בספר עם שירה. לכוון להבנה שכסף חוסך את כל הסיבוב הזה.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תשובה טובה כוללת: </w:t>
      </w:r>
      <w:r>
        <w:rPr>
          <w:rFonts w:ascii="Arial" w:hAnsi="Arial" w:cs="Arial"/>
          <w:b w:val="0"/>
          <w:i w:val="0"/>
          <w:rtl w:val="1"/>
        </w:rPr>
        <w:t>תשובה טובה מתארת החלפה ברורה (מה נותנים ומה מקבלים). במטבע – ציור ושם או סמל שהתלמידים בחרו.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🎞️ מתווה מצגת (סגנון אנימציה תלת־ממדית)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#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כותרת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מה בשקף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הדמיה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1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איך קנו בלי כסף?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שאלת פתיחה: פעם לא היה כסף. איך השיגו אוכל ובגדים?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מונפשת של חקלאית מחזיקה סל תפוחים בשוק עתיק.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2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סחר חליפין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מחליפים סחורה בסחורה: עז תמורת שק חיטה.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עז תלת־ממדית חמודה עומדת ליד שק חיטה גדול ושני אנשים לוחצים ידיים.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3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מה הבעיה?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לא תמיד השני רוצה את מה שיש לי.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סנדלר תלת־ממדי מניד בראש מול סל תפוחים, עם בועת מחשבה של דג.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4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צדפים ומלח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התחילו להשתמש בדברים מיוחדים ככסף.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ערמת צדפים ושקיק מלח תלת־ממדיים מבריקים על שולחן עץ.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5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מטבעות ושקלים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המציאו מטבעות ממתכת. "שקל" – מלשקול על מאזניים.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מאזניים תלת־ממדיים מוזהבים ועל כל כף מטבעות עתיקים.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6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והיום?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שטרות, כרטיסים ותשלום בטלפון.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ילד תלת־ממדי משלם בכרטיס ולידו קו זמן צבעוני מעז ועד כרטיס.</w:t>
            </w:r>
          </w:p>
        </w:tc>
      </w:tr>
    </w:tbl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מהחלפת סחורות ועד מטבעות: איך נולד הכסף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מסע בזמן: מעז ושק חיטה עד המטבע · כיתה ב׳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EA580C"/>
          <w:sz w:val="24"/>
          <w:rtl w:val="1"/>
          <w:bCs/>
          <w:szCs w:val="24"/>
        </w:rPr>
        <w:t>דף עבודה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כיתה: ________   תאריך: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📌 תזכורת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>לפני שהיה כסף, אנשים החליפו דברים זה עם זה – וכך, לאט לאט, נולד הכסף.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פעם לא היה כסף. אנשים החליפו סחורות: עז תמורת שק חיטה.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להחלפה הזאת קוראים סחר חליפין.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היה קשה: לא תמיד מי שיש לו מה שאני צריך רוצה את מה שיש לי.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לכן התחילו להשתמש בדברים מיוחדים ככסף, כמו צדפים ומלח.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אחר כך המציאו מטבעות ממתכת, ומאוחר יותר שטרות מנייר.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המילה "שקל" באה מהמילה "לשקול": פעם שקלו את הכסף על מאזניים.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sz w:val="22"/>
          <w:rtl w:val="1"/>
          <w:szCs w:val="22"/>
        </w:rPr>
        <w:t>לדוגמה: לחקלאית יש תפוחים והיא צריכה נעליים. הסנדלר לא רוצה תפוחים. עם כסף הבעיה נפתרת: היא מוכרת תפוחים וקונה נעליים.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📚 מושגים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סחורה – </w:t>
      </w:r>
      <w:r>
        <w:rPr>
          <w:rFonts w:ascii="Arial" w:hAnsi="Arial" w:cs="Arial"/>
          <w:b w:val="0"/>
          <w:i w:val="0"/>
          <w:rtl w:val="1"/>
        </w:rPr>
        <w:t>דבר שקונים, מוכרים או מחליפים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סחר חליפין – </w:t>
      </w:r>
      <w:r>
        <w:rPr>
          <w:rFonts w:ascii="Arial" w:hAnsi="Arial" w:cs="Arial"/>
          <w:b w:val="0"/>
          <w:i w:val="0"/>
          <w:rtl w:val="1"/>
        </w:rPr>
        <w:t>החלפה של סחורה בסחורה, בלי כסף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מטבע – </w:t>
      </w:r>
      <w:r>
        <w:rPr>
          <w:rFonts w:ascii="Arial" w:hAnsi="Arial" w:cs="Arial"/>
          <w:b w:val="0"/>
          <w:i w:val="0"/>
          <w:rtl w:val="1"/>
        </w:rPr>
        <w:t>כסף קטן וקשה ממתכת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שטר – </w:t>
      </w:r>
      <w:r>
        <w:rPr>
          <w:rFonts w:ascii="Arial" w:hAnsi="Arial" w:cs="Arial"/>
          <w:b w:val="0"/>
          <w:i w:val="0"/>
          <w:rtl w:val="1"/>
        </w:rPr>
        <w:t>כסף מנייר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מאזניים – </w:t>
      </w:r>
      <w:r>
        <w:rPr>
          <w:rFonts w:ascii="Arial" w:hAnsi="Arial" w:cs="Arial"/>
          <w:b w:val="0"/>
          <w:i w:val="0"/>
          <w:rtl w:val="1"/>
        </w:rPr>
        <w:t>כלי ששוקלים בו דברים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ערך – </w:t>
      </w:r>
      <w:r>
        <w:rPr>
          <w:rFonts w:ascii="Arial" w:hAnsi="Arial" w:cs="Arial"/>
          <w:b w:val="0"/>
          <w:i w:val="0"/>
          <w:rtl w:val="1"/>
        </w:rPr>
        <w:t>כמה משהו שווה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הקיפו את התשובה הנכונה.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סחר חליפין הוא: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קנייה בכרטיס     ◯ ב. החלפת סחורה בסחורה     ◯ ג. חיסכון בקופה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מטבעות עשויים: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ממתכת     ◯ ב. מנייר     ◯ ג. מצדפים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המילה "שקל" באה מ: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לשחק     ◯ ב. לשקר     ◯ ג. לשקול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מה הופיע אחרון?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צדפים     ◯ ב. מטבעות     ◯ ג. כרטיסי תשלום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ב׳ – חושבים ומחליפים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קראו, חשבו וכתבו.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לדוגמה: עז אחת שווה 3 שקי חיטה. כמה שקים שוות 2 עזים?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תרנגולת שווה 5 צדפים. יש לי 10 צדפים. כמה תרנגולות אוכל לקבל?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כתבו בעיה אחת של סחר חליפין.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כתבו דבר אחד שמטבע עושה טוב יותר מסחורה.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ג׳ – מסע בזמן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דמיינו שאתן ואתם חיים לפני אלפי שנים.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fill="FFF7ED" w:val="clear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color w:val="C2410C"/>
                <w:sz w:val="22"/>
                <w:rtl w:val="1"/>
                <w:bCs/>
                <w:szCs w:val="22"/>
              </w:rPr>
              <w:t>מקרה בוחן: השוק של כיתה ב׳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rtl w:val="1"/>
              </w:rPr>
              <w:t>בכיתה של ליאור עשו יום של סחר חליפין. ליאור הביא מדבקות. הוא רצה את הספר של שירה. אבל שירה לא רצתה מדבקות – היא רצתה עפרונות צבעוניים. העפרונות היו של איתי, ואיתי רצה דווקא מדבקות! ליאור חשב רגע וחייך: "מצאתי פתרון!"</w:t>
            </w:r>
          </w:p>
        </w:tc>
      </w:tr>
    </w:tbl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כל ילד וילדה הביאו לשוק?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למה ליאור לא הצליח להחליף ישר עם שירה?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מה הפתרון של ליאור? איך כסף היה עוזר כאן?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מה הייתם מחליפים בשוק, ומה הייתם רוצים לקבל? כתבו או ציירו.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5. ציירו מטבע חדש שתמציאו. מה יש עליו?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4"/>
          <w:rtl w:val="1"/>
          <w:bCs/>
          <w:szCs w:val="24"/>
        </w:rPr>
        <w:t>כרטיס יציאה · מהחלפת סחורות ועד מטבעות: איך נולד הכסף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תאריך: 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זה סחר חליפין?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למה המציאו כסף? כתבו סיבה אחת.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