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right"/>
      </w:pPr>
      <w:r>
        <w:drawing>
          <wp:inline xmlns:a="http://schemas.openxmlformats.org/drawingml/2006/main" xmlns:pic="http://schemas.openxmlformats.org/drawingml/2006/picture">
            <wp:extent cx="503999" cy="50399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s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3999" cy="503999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i w:val="0"/>
          <w:color w:val="EA580C"/>
          <w:sz w:val="34"/>
          <w:rtl w:val="1"/>
          <w:bCs/>
          <w:szCs w:val="34"/>
        </w:rPr>
        <w:t xml:space="preserve">  חוסכים או מבזבזים? צנצנת החיסכון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4B5563"/>
          <w:sz w:val="20"/>
          <w:rtl w:val="1"/>
          <w:szCs w:val="20"/>
        </w:rPr>
        <w:t>מטבע ועוד מטבע – וכך הצנצנת מתמלאת · כיתה א׳ · חינוך פיננסי</w:t>
      </w:r>
    </w:p>
    <w:p>
      <w:pPr>
        <w:bidi w:val="1"/>
        <w:spacing w:after="160"/>
        <w:jc w:val="right"/>
      </w:pPr>
      <w:r>
        <w:rPr>
          <w:rFonts w:ascii="Arial" w:hAnsi="Arial" w:cs="Arial"/>
          <w:b/>
          <w:i w:val="0"/>
          <w:color w:val="7C3AED"/>
          <w:sz w:val="24"/>
          <w:rtl w:val="1"/>
          <w:bCs/>
          <w:szCs w:val="24"/>
        </w:rPr>
        <w:t>מהדורה למורה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i w:val="0"/>
          <w:color w:val="EA580C"/>
          <w:sz w:val="26"/>
          <w:rtl w:val="1"/>
          <w:bCs/>
          <w:szCs w:val="26"/>
        </w:rPr>
        <w:t>🎯 מטרות השיעור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1. התלמידים והתלמידות יבחינו בין חיסכון לבזבוז.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2. יבחרו יעד חיסכון אישי.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3. יחשבו כמה חסר כדי להגיע ליעד בסכומים קטנים.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i w:val="0"/>
          <w:color w:val="EA580C"/>
          <w:sz w:val="26"/>
          <w:rtl w:val="1"/>
          <w:bCs/>
          <w:szCs w:val="26"/>
        </w:rPr>
        <w:t>💡 דגשים והצעות להוראה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• פתיחה: להביא צנצנת שקופה ולהכניס מטבעות משחק אחד־אחד – לראות איך היא מתמלאת.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• להכין "מד חיסכון" על הלוח: כל ילד וילדה צובעים משבצת על כל 2 ₪ שנחסכו בדמיון.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• במשחק הצנצנת – לעצור ולשאול: למה בחרת לחסוך? על מה ויתרת?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i w:val="0"/>
          <w:color w:val="EA580C"/>
          <w:sz w:val="26"/>
          <w:rtl w:val="1"/>
          <w:bCs/>
          <w:szCs w:val="26"/>
        </w:rPr>
        <w:t>✅ תשובות – חלק א׳ – חוסכים או מבזבזים?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 xml:space="preserve">1. שמתי מטבע בקופה. אני: – </w:t>
      </w:r>
      <w:r>
        <w:rPr>
          <w:rFonts w:ascii="Arial" w:hAnsi="Arial" w:cs="Arial"/>
          <w:b/>
          <w:i w:val="0"/>
          <w:color w:val="065F46"/>
          <w:sz w:val="22"/>
          <w:rtl w:val="1"/>
          <w:bCs/>
          <w:szCs w:val="22"/>
        </w:rPr>
        <w:t>ב. חוסך או חוסכת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 xml:space="preserve">2. קניתי ממתק בכל הכסף. אני: – </w:t>
      </w:r>
      <w:r>
        <w:rPr>
          <w:rFonts w:ascii="Arial" w:hAnsi="Arial" w:cs="Arial"/>
          <w:b/>
          <w:i w:val="0"/>
          <w:color w:val="065F46"/>
          <w:sz w:val="22"/>
          <w:rtl w:val="1"/>
          <w:bCs/>
          <w:szCs w:val="22"/>
        </w:rPr>
        <w:t>א. מבזבז או מבזבזת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 xml:space="preserve">3. יעד חיסכון הוא: – </w:t>
      </w:r>
      <w:r>
        <w:rPr>
          <w:rFonts w:ascii="Arial" w:hAnsi="Arial" w:cs="Arial"/>
          <w:b/>
          <w:i w:val="0"/>
          <w:color w:val="065F46"/>
          <w:sz w:val="22"/>
          <w:rtl w:val="1"/>
          <w:bCs/>
          <w:szCs w:val="22"/>
        </w:rPr>
        <w:t>א. הדבר שחוסכים בשבילו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 xml:space="preserve">4. כדי לחסוך צריך: – </w:t>
      </w:r>
      <w:r>
        <w:rPr>
          <w:rFonts w:ascii="Arial" w:hAnsi="Arial" w:cs="Arial"/>
          <w:b/>
          <w:i w:val="0"/>
          <w:color w:val="065F46"/>
          <w:sz w:val="22"/>
          <w:rtl w:val="1"/>
          <w:bCs/>
          <w:szCs w:val="22"/>
        </w:rPr>
        <w:t>ג. סבלנות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i w:val="0"/>
          <w:color w:val="EA580C"/>
          <w:sz w:val="26"/>
          <w:rtl w:val="1"/>
          <w:bCs/>
          <w:szCs w:val="26"/>
        </w:rPr>
        <w:t>✅ תשובות – חלק ב׳ – ממלאים את הצנצנת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1. לדוגמה: שמתי 2 ₪ ועוד 2 ₪ ועוד 2 ₪. כמה יש בצנצנת?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i w:val="0"/>
          <w:color w:val="065F46"/>
          <w:sz w:val="22"/>
          <w:rtl w:val="1"/>
          <w:bCs/>
          <w:szCs w:val="22"/>
        </w:rPr>
        <w:t>6 ₪ (2+2+2).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2. לדוגמה: ספר עולה 10 ₪. בצנצנת יש 7 ₪. כמה חסר?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i w:val="0"/>
          <w:color w:val="065F46"/>
          <w:sz w:val="22"/>
          <w:rtl w:val="1"/>
          <w:bCs/>
          <w:szCs w:val="22"/>
        </w:rPr>
        <w:t>3 ₪ (10 פחות 7).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3. מה היעד שלי? ציירו אותו.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i w:val="0"/>
          <w:color w:val="065F46"/>
          <w:sz w:val="22"/>
          <w:rtl w:val="1"/>
          <w:bCs/>
          <w:szCs w:val="22"/>
        </w:rPr>
        <w:t>תשובה אישית, למשל: כדור, ספר, משחק.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4. כתבו דבר אחד שעוזר לחסוך.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i w:val="0"/>
          <w:color w:val="065F46"/>
          <w:sz w:val="22"/>
          <w:rtl w:val="1"/>
          <w:bCs/>
          <w:szCs w:val="22"/>
        </w:rPr>
        <w:t>למשל: לשים כסף בצנצנת בכל שבוע, לחכות לפני שקונים, לוותר על ממתק.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i w:val="0"/>
          <w:color w:val="EA580C"/>
          <w:sz w:val="26"/>
          <w:rtl w:val="1"/>
          <w:bCs/>
          <w:szCs w:val="26"/>
        </w:rPr>
        <w:t>✅ חלק ג׳ – הצנצנת שלי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i w:val="0"/>
          <w:sz w:val="22"/>
          <w:rtl w:val="1"/>
          <w:bCs/>
          <w:szCs w:val="22"/>
        </w:rPr>
        <w:t xml:space="preserve">מקרה הבוחן: </w:t>
      </w:r>
      <w:r>
        <w:rPr>
          <w:rFonts w:ascii="Arial" w:hAnsi="Arial" w:cs="Arial"/>
          <w:b w:val="0"/>
          <w:i w:val="0"/>
          <w:rtl w:val="1"/>
        </w:rPr>
        <w:t>לכוון להבנה שחיסכון קבוע מקרב ליעד. חשבון: 10 ₪ ÷ 2 ₪ = 5 שבועות; אחד כבר נחסך, ולכן נשארו עוד 4 שבועות.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i w:val="0"/>
          <w:sz w:val="22"/>
          <w:rtl w:val="1"/>
          <w:bCs/>
          <w:szCs w:val="22"/>
        </w:rPr>
        <w:t xml:space="preserve">תשובה טובה כוללת: </w:t>
      </w:r>
      <w:r>
        <w:rPr>
          <w:rFonts w:ascii="Arial" w:hAnsi="Arial" w:cs="Arial"/>
          <w:b w:val="0"/>
          <w:i w:val="0"/>
          <w:rtl w:val="1"/>
        </w:rPr>
        <w:t>תשובה טובה כוללת יעד ברור (דבר מסוים) ותיאור של רגש, למשל גאווה או שמחה, כשמגיעים אליו.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i w:val="0"/>
          <w:color w:val="EA580C"/>
          <w:sz w:val="26"/>
          <w:rtl w:val="1"/>
          <w:bCs/>
          <w:szCs w:val="26"/>
        </w:rPr>
        <w:t>🎞️ מתווה מצגת (סגנון אנימציה תלת־ממדית)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i w:val="0"/>
                <w:sz w:val="20"/>
                <w:rtl w:val="1"/>
                <w:bCs/>
                <w:szCs w:val="20"/>
              </w:rPr>
              <w:t>#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i w:val="0"/>
                <w:sz w:val="20"/>
                <w:rtl w:val="1"/>
                <w:bCs/>
                <w:szCs w:val="20"/>
              </w:rPr>
              <w:t>כותרת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i w:val="0"/>
                <w:sz w:val="20"/>
                <w:rtl w:val="1"/>
                <w:bCs/>
                <w:szCs w:val="20"/>
              </w:rPr>
              <w:t>מה בשקף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i w:val="0"/>
                <w:sz w:val="20"/>
                <w:rtl w:val="1"/>
                <w:bCs/>
                <w:szCs w:val="20"/>
              </w:rPr>
              <w:t>הדמיה</w:t>
            </w:r>
          </w:p>
        </w:tc>
      </w:tr>
      <w:tr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1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i w:val="0"/>
                <w:sz w:val="19"/>
                <w:rtl w:val="1"/>
                <w:bCs/>
                <w:szCs w:val="19"/>
              </w:rPr>
              <w:t>חוסכים או מבזבזים?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שאלת פתיחה: קיבלתם 10 ₪ – מה תעשו?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דמות תלת־ממדית מונפשת של ילד מתלבט בין חנות ממתקים לצנצנת חיסכון.</w:t>
            </w:r>
          </w:p>
        </w:tc>
      </w:tr>
      <w:tr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2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i w:val="0"/>
                <w:sz w:val="19"/>
                <w:rtl w:val="1"/>
                <w:bCs/>
                <w:szCs w:val="19"/>
              </w:rPr>
              <w:t>מה זה לחסוך?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לחסוך זה לשמור חלק מהכסף לאחר כך.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צנצנת זכוכית תלת־ממדית ומטבע מבריק נופל לתוכה.</w:t>
            </w:r>
          </w:p>
        </w:tc>
      </w:tr>
      <w:tr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3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i w:val="0"/>
                <w:sz w:val="19"/>
                <w:rtl w:val="1"/>
                <w:bCs/>
                <w:szCs w:val="19"/>
              </w:rPr>
              <w:t>היעד שלי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יעד חיסכון הוא הדבר שחוסכים בשבילו.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ילדה תלת־ממדית מחייכת מביטה בכדור צבעוני שמרחף בבועה מעליה.</w:t>
            </w:r>
          </w:p>
        </w:tc>
      </w:tr>
      <w:tr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4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i w:val="0"/>
                <w:sz w:val="19"/>
                <w:rtl w:val="1"/>
                <w:bCs/>
                <w:szCs w:val="19"/>
              </w:rPr>
              <w:t>מטבע ועוד מטבע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לדוגמה: 2 ₪ בכל שבוע – אחרי 5 שבועות יש 10 ₪.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חמש צנצנות תלת־ממדיות בשורה, כל אחת מלאה יותר מהקודמת.</w:t>
            </w:r>
          </w:p>
        </w:tc>
      </w:tr>
      <w:tr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5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i w:val="0"/>
                <w:sz w:val="19"/>
                <w:rtl w:val="1"/>
                <w:bCs/>
                <w:szCs w:val="19"/>
              </w:rPr>
              <w:t>סבלנות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מחכים בסבלנות – והצנצנת מתמלאת.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צב תלת־ממדי חמוד סוחב צנצנת מטבעות ומחייך.</w:t>
            </w:r>
          </w:p>
        </w:tc>
      </w:tr>
      <w:tr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6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i w:val="0"/>
                <w:sz w:val="19"/>
                <w:rtl w:val="1"/>
                <w:bCs/>
                <w:szCs w:val="19"/>
              </w:rPr>
              <w:t>הגענו!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מגיעים ליעד וקונים – איזו שמחה!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ילד תלת־ממדי מחזיק כדור חדש וקונפטי צבעוני עף סביבו.</w:t>
            </w:r>
          </w:p>
        </w:tc>
      </w:tr>
    </w:tbl>
    <w:p>
      <w:pPr>
        <w:bidi w:val="1"/>
        <w:spacing w:after="0"/>
        <w:jc w:val="right"/>
      </w:pPr>
      <w:r>
        <w:rPr>
          <w:rFonts w:ascii="Arial" w:hAnsi="Arial" w:cs="Arial"/>
          <w:b w:val="0"/>
          <w:i w:val="0"/>
          <w:color w:val="6B7280"/>
          <w:sz w:val="17"/>
          <w:rtl w:val="1"/>
          <w:szCs w:val="17"/>
        </w:rPr>
        <w:t>יצרה: רוית ראש בן ישי · חינוך פיננסי – מכיתה א׳ ועד י״ב · מספרים ומחירים הם לדוגמה בלבד</w:t>
      </w:r>
    </w:p>
    <w:p>
      <w:r>
        <w:br w:type="page"/>
      </w:r>
    </w:p>
    <w:p>
      <w:pPr>
        <w:bidi w:val="1"/>
        <w:jc w:val="right"/>
      </w:pPr>
      <w:r>
        <w:drawing>
          <wp:inline xmlns:a="http://schemas.openxmlformats.org/drawingml/2006/main" xmlns:pic="http://schemas.openxmlformats.org/drawingml/2006/picture">
            <wp:extent cx="503999" cy="50399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s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3999" cy="503999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i w:val="0"/>
          <w:color w:val="EA580C"/>
          <w:sz w:val="34"/>
          <w:rtl w:val="1"/>
          <w:bCs/>
          <w:szCs w:val="34"/>
        </w:rPr>
        <w:t xml:space="preserve">  חוסכים או מבזבזים? צנצנת החיסכון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4B5563"/>
          <w:sz w:val="20"/>
          <w:rtl w:val="1"/>
          <w:szCs w:val="20"/>
        </w:rPr>
        <w:t>מטבע ועוד מטבע – וכך הצנצנת מתמלאת · כיתה א׳ · חינוך פיננסי</w:t>
      </w:r>
    </w:p>
    <w:p>
      <w:pPr>
        <w:bidi w:val="1"/>
        <w:spacing w:after="160"/>
        <w:jc w:val="right"/>
      </w:pPr>
      <w:r>
        <w:rPr>
          <w:rFonts w:ascii="Arial" w:hAnsi="Arial" w:cs="Arial"/>
          <w:b/>
          <w:i w:val="0"/>
          <w:color w:val="EA580C"/>
          <w:sz w:val="24"/>
          <w:rtl w:val="1"/>
          <w:bCs/>
          <w:szCs w:val="24"/>
        </w:rPr>
        <w:t>דף עבודה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שם: ____________________   כיתה: ________   תאריך: ____________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i w:val="0"/>
          <w:color w:val="EA580C"/>
          <w:sz w:val="26"/>
          <w:rtl w:val="1"/>
          <w:bCs/>
          <w:szCs w:val="26"/>
        </w:rPr>
        <w:t>📌 תזכורת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i w:val="0"/>
          <w:sz w:val="22"/>
          <w:rtl w:val="1"/>
          <w:bCs/>
          <w:szCs w:val="22"/>
        </w:rPr>
        <w:t>לחסוך זה לשים כסף בצד היום, כדי לקנות משהו חשוב מחר.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• לבזבז זה להוציא את כל הכסף מהר.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• לחסוך זה לשמור חלק מהכסף לאחר כך.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• צנצנת חיסכון או קופה עוזרות לנו לשמור את הכסף.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• יעד חיסכון הוא הדבר שאנחנו חוסכים בשבילו.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• כל מטבע קטן שנכנס לצנצנת עוזר להגיע ליעד.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i/>
          <w:sz w:val="22"/>
          <w:rtl w:val="1"/>
          <w:szCs w:val="22"/>
        </w:rPr>
        <w:t>לדוגמה: תמר שמה בצנצנת 2 ₪ בכל שבוע. אחרי 5 שבועות יש לה 10 ₪ לספר שרצתה.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i w:val="0"/>
          <w:color w:val="EA580C"/>
          <w:sz w:val="26"/>
          <w:rtl w:val="1"/>
          <w:bCs/>
          <w:szCs w:val="26"/>
        </w:rPr>
        <w:t>📚 מושגים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i w:val="0"/>
          <w:sz w:val="22"/>
          <w:rtl w:val="1"/>
          <w:bCs/>
          <w:szCs w:val="22"/>
        </w:rPr>
        <w:t xml:space="preserve">לחסוך – </w:t>
      </w:r>
      <w:r>
        <w:rPr>
          <w:rFonts w:ascii="Arial" w:hAnsi="Arial" w:cs="Arial"/>
          <w:b w:val="0"/>
          <w:i w:val="0"/>
          <w:rtl w:val="1"/>
        </w:rPr>
        <w:t>לשמור כסף לאחר כך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i w:val="0"/>
          <w:sz w:val="22"/>
          <w:rtl w:val="1"/>
          <w:bCs/>
          <w:szCs w:val="22"/>
        </w:rPr>
        <w:t xml:space="preserve">לבזבז – </w:t>
      </w:r>
      <w:r>
        <w:rPr>
          <w:rFonts w:ascii="Arial" w:hAnsi="Arial" w:cs="Arial"/>
          <w:b w:val="0"/>
          <w:i w:val="0"/>
          <w:rtl w:val="1"/>
        </w:rPr>
        <w:t>להוציא כסף מהר, בלי לחשוב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i w:val="0"/>
          <w:sz w:val="22"/>
          <w:rtl w:val="1"/>
          <w:bCs/>
          <w:szCs w:val="22"/>
        </w:rPr>
        <w:t xml:space="preserve">צנצנת חיסכון – </w:t>
      </w:r>
      <w:r>
        <w:rPr>
          <w:rFonts w:ascii="Arial" w:hAnsi="Arial" w:cs="Arial"/>
          <w:b w:val="0"/>
          <w:i w:val="0"/>
          <w:rtl w:val="1"/>
        </w:rPr>
        <w:t>כלי ששמים בו את הכסף שחוסכים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i w:val="0"/>
          <w:sz w:val="22"/>
          <w:rtl w:val="1"/>
          <w:bCs/>
          <w:szCs w:val="22"/>
        </w:rPr>
        <w:t xml:space="preserve">יעד חיסכון – </w:t>
      </w:r>
      <w:r>
        <w:rPr>
          <w:rFonts w:ascii="Arial" w:hAnsi="Arial" w:cs="Arial"/>
          <w:b w:val="0"/>
          <w:i w:val="0"/>
          <w:rtl w:val="1"/>
        </w:rPr>
        <w:t>הדבר שחוסכים בשבילו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i w:val="0"/>
          <w:sz w:val="22"/>
          <w:rtl w:val="1"/>
          <w:bCs/>
          <w:szCs w:val="22"/>
        </w:rPr>
        <w:t xml:space="preserve">סבלנות – </w:t>
      </w:r>
      <w:r>
        <w:rPr>
          <w:rFonts w:ascii="Arial" w:hAnsi="Arial" w:cs="Arial"/>
          <w:b w:val="0"/>
          <w:i w:val="0"/>
          <w:rtl w:val="1"/>
        </w:rPr>
        <w:t>לחכות בשקט עד שמגיעים ליעד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i w:val="0"/>
          <w:sz w:val="22"/>
          <w:rtl w:val="1"/>
          <w:bCs/>
          <w:szCs w:val="22"/>
        </w:rPr>
        <w:t xml:space="preserve">דמי כיס – </w:t>
      </w:r>
      <w:r>
        <w:rPr>
          <w:rFonts w:ascii="Arial" w:hAnsi="Arial" w:cs="Arial"/>
          <w:b w:val="0"/>
          <w:i w:val="0"/>
          <w:rtl w:val="1"/>
        </w:rPr>
        <w:t>סכום קטן שילדים מקבלים מההורים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i w:val="0"/>
          <w:color w:val="EA580C"/>
          <w:sz w:val="26"/>
          <w:rtl w:val="1"/>
          <w:bCs/>
          <w:szCs w:val="26"/>
        </w:rPr>
        <w:t>חלק א׳ – חוסכים או מבזבזים?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i/>
          <w:color w:val="4B5563"/>
          <w:sz w:val="22"/>
          <w:rtl w:val="1"/>
          <w:szCs w:val="22"/>
        </w:rPr>
        <w:t>הקיפו את התשובה הנכונה.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1. שמתי מטבע בקופה. אני: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◯ א. מבזבז או מבזבזת     ◯ ב. חוסך או חוסכת     ◯ ג. מאבד או מאבדת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2. קניתי ממתק בכל הכסף. אני: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◯ א. מבזבז או מבזבזת     ◯ ב. חוסך או חוסכת     ◯ ג. מתכנן או מתכננת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3. יעד חיסכון הוא: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◯ א. הדבר שחוסכים בשבילו     ◯ ב. סוג של ממתק     ◯ ג. שם של חנות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4. כדי לחסוך צריך: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◯ א. למהר     ◯ ב. לבזבז     ◯ ג. סבלנות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i w:val="0"/>
          <w:color w:val="EA580C"/>
          <w:sz w:val="26"/>
          <w:rtl w:val="1"/>
          <w:bCs/>
          <w:szCs w:val="26"/>
        </w:rPr>
        <w:t>חלק ב׳ – ממלאים את הצנצנת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i/>
          <w:color w:val="4B5563"/>
          <w:sz w:val="22"/>
          <w:rtl w:val="1"/>
          <w:szCs w:val="22"/>
        </w:rPr>
        <w:t>חשבו וכתבו.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1. לדוגמה: שמתי 2 ₪ ועוד 2 ₪ ועוד 2 ₪. כמה יש בצנצנת?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2. לדוגמה: ספר עולה 10 ₪. בצנצנת יש 7 ₪. כמה חסר?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3. מה היעד שלי? ציירו אותו.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4. כתבו דבר אחד שעוזר לחסוך.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i w:val="0"/>
          <w:color w:val="EA580C"/>
          <w:sz w:val="26"/>
          <w:rtl w:val="1"/>
          <w:bCs/>
          <w:szCs w:val="26"/>
        </w:rPr>
        <w:t>חלק ג׳ – הצנצנת שלי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i/>
          <w:color w:val="4B5563"/>
          <w:sz w:val="22"/>
          <w:rtl w:val="1"/>
          <w:szCs w:val="22"/>
        </w:rPr>
        <w:t>דמיינו את צנצנת החיסכון שלכם.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fill="FFF7ED" w:val="clear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i w:val="0"/>
                <w:color w:val="C2410C"/>
                <w:sz w:val="22"/>
                <w:rtl w:val="1"/>
                <w:bCs/>
                <w:szCs w:val="22"/>
              </w:rPr>
              <w:t>מקרה בוחן: הצנצנת של אורי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rtl w:val="1"/>
              </w:rPr>
              <w:t>אורי רוצה כדור חדש. הכדור עולה 10 ₪ (לדוגמה). בכל יום שישי אורי מקבל 2 ₪. בשבוע הראשון קנה בהם מסטיק. בשבוע השני שם אותם בצנצנת. אורי שואל: "מתי יהיה לי מספיק לכדור?"</w:t>
            </w:r>
          </w:p>
        </w:tc>
      </w:tr>
    </w:tbl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1. מה אורי רוצה לקנות?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2. מה ההבדל בין השבוע הראשון לשבוע השני?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3. מה הייתם מייעצים לאורי? כמה שבועות עליו לחסוך?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4. ציירו את הצנצנת שלכם וכתבו: בשביל מה אני חוסך או חוסכת?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5. כתבו משפט: מה ארגיש כשאגיע ליעד?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6B7280"/>
          <w:sz w:val="22"/>
          <w:rtl w:val="1"/>
          <w:szCs w:val="22"/>
        </w:rPr>
        <w:t>✂ - - - - - - - - - - - - - - - - - - - - - - - - - - - - - - - - - - - - - - - - - -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i w:val="0"/>
          <w:sz w:val="24"/>
          <w:rtl w:val="1"/>
          <w:bCs/>
          <w:szCs w:val="24"/>
        </w:rPr>
        <w:t>כרטיס יציאה · חוסכים או מבזבזים? צנצנת החיסכון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שם: ____________________   תאריך: ____________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1. מה זה לחסוך? כתבו או ציירו.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2. היעד שלי הוא: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i w:val="0"/>
          <w:color w:val="6B7280"/>
          <w:sz w:val="22"/>
          <w:rtl w:val="1"/>
          <w:szCs w:val="22"/>
        </w:rPr>
        <w:t>✂ - - - - - - - - - - - - - - - - - - - - - - - - - - - - - - - - - - - - - - - - - -</w:t>
      </w:r>
    </w:p>
    <w:p>
      <w:pPr>
        <w:bidi w:val="1"/>
        <w:spacing w:after="0"/>
        <w:jc w:val="right"/>
      </w:pPr>
      <w:r>
        <w:rPr>
          <w:rFonts w:ascii="Arial" w:hAnsi="Arial" w:cs="Arial"/>
          <w:b w:val="0"/>
          <w:i w:val="0"/>
          <w:color w:val="6B7280"/>
          <w:sz w:val="17"/>
          <w:rtl w:val="1"/>
          <w:szCs w:val="17"/>
        </w:rPr>
        <w:t>יצרה: רוית ראש בן ישי · חינוך פיננסי – מכיתה א׳ ועד י״ב · מספרים ומחירים הם לדוגמה בלבד</w:t>
      </w:r>
    </w:p>
    <w:sectPr w:rsidR="00FC693F" w:rsidRPr="0006063C" w:rsidSect="00034616"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