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מוצר או שירות?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דבר שקונים או עבודה שמישהו עושה? · כיתה א׳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7C3AED"/>
          <w:sz w:val="24"/>
          <w:rtl w:val="1"/>
          <w:bCs/>
          <w:szCs w:val="24"/>
        </w:rPr>
        <w:t>מהדורה למורה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🎯 מטרות השיעור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התלמידים והתלמידות יבחינו בין מוצר לשירות.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יתנו דוגמאות למוצרים ולשירותים מחייהם.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יבינו שמשלמים כסף גם על עבודה של אנשים.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💡 דגשים והצעות להוראה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פתיחה: להביא שקית עם מוצרים (תפוח, עיפרון) וכרטיסים עם ציורים של שירותים, ולמיין יחד על הלוח.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משחק תנועה: אומרים מילה – מוצר קופצים, שירות מוחאים כפיים.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לחבר להורים: מי במשפחה נותן שירות בעבודה שלו?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א׳ – מוצר או שירות?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1. תפוח הוא: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מוצר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2. נסיעה במונית היא: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ב. שירות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3. מה מהם שירות?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ג. בדיקה אצל רופא שיניים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4. מה מהם מוצר?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חולצה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ב׳ – חושבים ומסדרים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כתבו שני מוצרים שיש לכם בתיק.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למשל: מחברת, קלמר, בקבוק מים.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כתבו שירות אחד שהמשפחה שלכם מקבלת.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למשל: רופא או רופאה, ספרית במספרה, נהג אוטובוס, מתקן.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לדוגמה: תספורת עולה 10 ₪ וכובע עולה 8 ₪. כמה עולים שניהם יחד?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18 ₪ (10 ועוד 8).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מי עושה את השירות? חברו: רופאה – בודקת. נהג – ? ספרית – 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נהג – מסיע אנשים. ספרית – מספרת שיער.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חלק ג׳ – החנות והשירות שלי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מקרה הבוחן: </w:t>
      </w:r>
      <w:r>
        <w:rPr>
          <w:rFonts w:ascii="Arial" w:hAnsi="Arial" w:cs="Arial"/>
          <w:b w:val="0"/>
          <w:i w:val="0"/>
          <w:rtl w:val="1"/>
        </w:rPr>
        <w:t>לכוון לכך שגם עבודה שווה כסף: הספרית השקיעה זמן וידע. שירות לא לוקחים הביתה, אבל מקבלים ממנו תועלת.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תשובה טובה כוללת: </w:t>
      </w:r>
      <w:r>
        <w:rPr>
          <w:rFonts w:ascii="Arial" w:hAnsi="Arial" w:cs="Arial"/>
          <w:b w:val="0"/>
          <w:i w:val="0"/>
          <w:rtl w:val="1"/>
        </w:rPr>
        <w:t>בסעיף הראשון – מוצר שאפשר לגעת בו. בסעיף השני – פעולה שעושים בשביל אחרים, כמו לתקן, ללמד, לבדוק או להסיע.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🎞️ מתווה מצגת (סגנון אנימציה תלת־ממדית)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#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כותרת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מה בשקף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הדמיה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1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מה קונים בכסף?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שאלת פתיחה: על מה המשפחה משלמת כסף?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דמות תלת־ממדית מונפשת של ילד הולך ברחוב עם חנויות צבעוניות משני הצדדים.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2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מוצר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מוצר הוא דבר שאפשר לגעת בו ולקחת הביתה.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סל קניות תלת־ממדי מלא לחם, תפוחים וכדור.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3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שירות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שירות הוא עבודה שמישהו עושה בשבילנו.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דמות תלת־ממדית של ספרית מחייכת עם מספריים ולידה ילדה על כיסא.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4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עוד שירותים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נהג אוטובוס, רופאה, מתקן אופניים – כולם נותנים שירות.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אוטובוס תלת־ממדי צבעוני ולידו מתקן אופניים עם מפתח ברגים.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5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משלמים על שניהם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גם על מוצר וגם על שירות משלמים כסף.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שני מגשים תלת־ממדיים, על אחד מוצר ועל השני מספריים, ומטבעות ביניהם.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6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משחק המיון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עכשיו תורכם: מוצר או שירות?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שני סלים תלת־ממדיים גדולים עם תוויות, וילדים מתלבטים לידם.</w:t>
            </w:r>
          </w:p>
        </w:tc>
      </w:tr>
    </w:tbl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מוצר או שירות?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דבר שקונים או עבודה שמישהו עושה? · כיתה א׳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EA580C"/>
          <w:sz w:val="24"/>
          <w:rtl w:val="1"/>
          <w:bCs/>
          <w:szCs w:val="24"/>
        </w:rPr>
        <w:t>דף עבודה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כיתה: ________   תאריך: 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📌 תזכורת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>בכסף קונים מוצרים, ומשלמים גם על שירותים.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מוצר הוא דבר שאפשר לגעת בו ולקחת הביתה.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לחם, כדור ומחברת הם מוצרים.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שירות הוא עבודה שמישהו עושה בשבילנו.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תספורת, נסיעה באוטובוס ותיקון אופניים הם שירותים.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גם על מוצר וגם על שירות משלמים כסף.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sz w:val="22"/>
          <w:rtl w:val="1"/>
          <w:szCs w:val="22"/>
        </w:rPr>
        <w:t>לדוגמה: בחנות קונים נעליים – זה מוצר. במספרה מסתפרים – זה שירות.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📚 מושגים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מוצר – </w:t>
      </w:r>
      <w:r>
        <w:rPr>
          <w:rFonts w:ascii="Arial" w:hAnsi="Arial" w:cs="Arial"/>
          <w:b w:val="0"/>
          <w:i w:val="0"/>
          <w:rtl w:val="1"/>
        </w:rPr>
        <w:t>דבר שאפשר לגעת בו ולקנות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שירות – </w:t>
      </w:r>
      <w:r>
        <w:rPr>
          <w:rFonts w:ascii="Arial" w:hAnsi="Arial" w:cs="Arial"/>
          <w:b w:val="0"/>
          <w:i w:val="0"/>
          <w:rtl w:val="1"/>
        </w:rPr>
        <w:t>עבודה שמישהו עושה בשבילנו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לקוח – </w:t>
      </w:r>
      <w:r>
        <w:rPr>
          <w:rFonts w:ascii="Arial" w:hAnsi="Arial" w:cs="Arial"/>
          <w:b w:val="0"/>
          <w:i w:val="0"/>
          <w:rtl w:val="1"/>
        </w:rPr>
        <w:t>מי שקונה מוצר או מקבל שירות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מוכר – </w:t>
      </w:r>
      <w:r>
        <w:rPr>
          <w:rFonts w:ascii="Arial" w:hAnsi="Arial" w:cs="Arial"/>
          <w:b w:val="0"/>
          <w:i w:val="0"/>
          <w:rtl w:val="1"/>
        </w:rPr>
        <w:t>מי שמוכר לנו מוצר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נותן שירות – </w:t>
      </w:r>
      <w:r>
        <w:rPr>
          <w:rFonts w:ascii="Arial" w:hAnsi="Arial" w:cs="Arial"/>
          <w:b w:val="0"/>
          <w:i w:val="0"/>
          <w:rtl w:val="1"/>
        </w:rPr>
        <w:t>מי שעושה עבודה בשבילנו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לשלם – </w:t>
      </w:r>
      <w:r>
        <w:rPr>
          <w:rFonts w:ascii="Arial" w:hAnsi="Arial" w:cs="Arial"/>
          <w:b w:val="0"/>
          <w:i w:val="0"/>
          <w:rtl w:val="1"/>
        </w:rPr>
        <w:t>לתת כסף תמורת מוצר או שירות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א׳ – מוצר או שירות?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הקיפו את התשובה הנכונה.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תפוח הוא: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מוצר     ◯ ב. שירות     ◯ ג. לא זה ולא זה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נסיעה במונית היא: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מוצר     ◯ ב. שירות     ◯ ג. לא זה ולא זה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מה מהם שירות?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כובע     ◯ ב. עיפרון     ◯ ג. בדיקה אצל רופא שיניים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מה מהם מוצר?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חולצה     ◯ ב. תספורת     ◯ ג. שיעור שחייה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ב׳ – חושבים ומסדרים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כתבו, מיינו וחשבו.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כתבו שני מוצרים שיש לכם בתיק.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כתבו שירות אחד שהמשפחה שלכם מקבלת.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לדוגמה: תספורת עולה 10 ₪ וכובע עולה 8 ₪. כמה עולים שניהם יחד?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מי עושה את השירות? חברו: רופאה – בודקת. נהג – ? ספרית – 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ג׳ – החנות והשירות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דמיינו וכתבו או ציירו.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fill="FFF7ED" w:val="clear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color w:val="C2410C"/>
                <w:sz w:val="22"/>
                <w:rtl w:val="1"/>
                <w:bCs/>
                <w:szCs w:val="22"/>
              </w:rPr>
              <w:t>מקרה בוחן: יום של קניות עם אמא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rtl w:val="1"/>
              </w:rPr>
              <w:t>אמא ויואב יצאו לסידורים. קודם קנו לחם וחלב במכולת. אחר כך יואב הסתפר אצל הספרית. בסוף לקחו את האופניים לתיקון. בכל מקום אמא שילמה. יואב שאל: "למה משלמים לספרית? לא קיבלנו ממנה כלום!"</w:t>
            </w:r>
          </w:p>
        </w:tc>
      </w:tr>
    </w:tbl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מה אמא ויואב קנו במכולת?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מה הם קיבלו מהספרית ומהמתקן?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איך תענו ליואב? למה משלמים גם על שירות?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איזה מוצר הייתם רוצים למכור? ציירו וכתבו את שמו.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5. איזה שירות הייתם רוצים לתת לאנשים? כתבו משפט אחד.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4"/>
          <w:rtl w:val="1"/>
          <w:bCs/>
          <w:szCs w:val="24"/>
        </w:rPr>
        <w:t>כרטיס יציאה · מוצר או שירות?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תאריך: 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כתבו מוצר אחד.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כתבו שירות אחד.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