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כסף ודרכים לשלם: איך קונים?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מטבע, שטר או כרטיס – איך משלמים? · כיתה א׳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7C3AED"/>
          <w:sz w:val="24"/>
          <w:rtl w:val="1"/>
          <w:bCs/>
          <w:szCs w:val="24"/>
        </w:rPr>
        <w:t>מהדורה למורה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🎯 מטרות השיעור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התלמידים והתלמידות יכירו מטבעות, שטרות וכרטיס תשלום.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יסבירו מה הם מחיר ועודף.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יחשבו עודף בסכומים קטנים.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💡 דגשים והצעות להוראה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פתיחה: להביא מטבעות ושטרות משחק ולתת לילדים למשש ולמיין.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להקים בכיתה "חנות" עם מדבקות מחיר: ילד או ילדה בתפקיד הקופאי או הקופאית, והשאר קונים ומקבלים עודף.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לשאול: לאן הולך הכסף כשמשלמים בכרטיס? (יורד מהחשבון של המשפחה)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א׳ – מה נכון?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1. שטר עשוי: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ב. מנייר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2. משלמים בחנות: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בקופה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3. הכסף שמקבלים בחזרה: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ג. עודף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4. בלי מטבעות ושטרות משלמים: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בכרטיס תשלום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ב׳ – משלמים ומחשבים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לדוגמה: מחברת עולה 6 ₪. נתתי 10 ₪. כמה עודף קיבלתי?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4 ₪ (10 פחות 6).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לדוגמה: יש לי מטבע של 5 ₪ ומטבע של 2 ₪. כמה כסף יש לי?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7 ₪ (5 ועוד 2).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כתבו שתי דרכים לשלם בחנות.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מזומן (מטבעות ושטרות) וכרטיס תשלום.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ציירו מטבע וציירו שטר. במה הם שונים?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מטבע קטן, קשה ועשוי ממתכת; שטר שטוח, דק ועשוי מנייר.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חלק ג׳ – משחקים בחנות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מקרה הבוחן: </w:t>
      </w:r>
      <w:r>
        <w:rPr>
          <w:rFonts w:ascii="Arial" w:hAnsi="Arial" w:cs="Arial"/>
          <w:b w:val="0"/>
          <w:i w:val="0"/>
          <w:rtl w:val="1"/>
        </w:rPr>
        <w:t>לכוון להבנה שעודף הוא ההפרש בין מה שנתנו לבין המחיר. להדגיש שגם בכרטיס משלמים כסף אמיתי.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תשובה טובה כוללת: </w:t>
      </w:r>
      <w:r>
        <w:rPr>
          <w:rFonts w:ascii="Arial" w:hAnsi="Arial" w:cs="Arial"/>
          <w:b w:val="0"/>
          <w:i w:val="0"/>
          <w:rtl w:val="1"/>
        </w:rPr>
        <w:t>תשובה טובה מציינת מוצר, מחיר (לדוגמה) ודרך תשלום אחת – מזומן או כרטיס. במשפט השני – פנייה מנומסת, כמו "שלום" ו"תודה".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🎞️ מתווה מצגת (סגנון אנימציה תלת־ממדית)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#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כותרת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מה בשקף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הדמיה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1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איך קונים?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שאלת פתיחה: מה צריך כדי לקנות משהו בחנות?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דמות תלת־ממדית מונפשת של ילד עומד מול חנות צבעונית עם ארנק ביד.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2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מטבעות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מטבעות הם כסף קטן וקשה, עשוי ממתכת.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מטבעות תלת־ממדיים מבריקים מסתובבים באוויר.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3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שטרות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שטרות הם כסף מנייר.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שטרות צבעוניים תלת־ממדיים מתעופפים בעדינות כמו עלים.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4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כרטיס תשלום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אפשר לשלם בכרטיס, בלי מטבעות ושטרות. הכסף יורד מהחשבון.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כרטיס תלת־ממדי מחייך נוגע במכשיר תשלום שמאיר בירוק.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5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מחיר ועודף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לדוגמה: מחיר 3 ₪, נתנו 5 ₪, קיבלנו 2 ₪ עודף.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דמות תלת־ממדית של קופאית מושיטה שני מטבעות לילדה מחייכת.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6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משחקים בחנות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עכשיו תורכם: קונים, משלמים ומקבלים עודף.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דוכן תלת־ממדי של חנות כיתתית עם פירות צעצוע ומדבקות מחיר.</w:t>
            </w:r>
          </w:p>
        </w:tc>
      </w:tr>
    </w:tbl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כסף ודרכים לשלם: איך קונים?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מטבע, שטר או כרטיס – איך משלמים? · כיתה א׳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EA580C"/>
          <w:sz w:val="24"/>
          <w:rtl w:val="1"/>
          <w:bCs/>
          <w:szCs w:val="24"/>
        </w:rPr>
        <w:t>דף עבודה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כיתה: ________   תאריך: 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📌 תזכורת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>כדי לקנות משהו בחנות, משלמים עליו בכסף.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כסף יכול להיות מטבעות או שטרות.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יש מטבעות של 1, 2, 5 ו־10 שקלים.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יש גם שטרות, למשל של 20 ו־50 שקלים.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אפשר לשלם גם בכרטיס תשלום, בלי מטבעות ושטרות.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אם נתנו יותר כסף מהמחיר, מקבלים עודף.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sz w:val="22"/>
          <w:rtl w:val="1"/>
          <w:szCs w:val="22"/>
        </w:rPr>
        <w:t>לדוגמה: גלי קנתה מחק ב־3 ₪. היא נתנה מטבע של 5 ₪ וקיבלה 2 ₪ עודף.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📚 מושגים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מטבע – </w:t>
      </w:r>
      <w:r>
        <w:rPr>
          <w:rFonts w:ascii="Arial" w:hAnsi="Arial" w:cs="Arial"/>
          <w:b w:val="0"/>
          <w:i w:val="0"/>
          <w:rtl w:val="1"/>
        </w:rPr>
        <w:t>כסף קטן וקשה, עשוי ממתכת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שטר – </w:t>
      </w:r>
      <w:r>
        <w:rPr>
          <w:rFonts w:ascii="Arial" w:hAnsi="Arial" w:cs="Arial"/>
          <w:b w:val="0"/>
          <w:i w:val="0"/>
          <w:rtl w:val="1"/>
        </w:rPr>
        <w:t>כסף מנייר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כרטיס תשלום – </w:t>
      </w:r>
      <w:r>
        <w:rPr>
          <w:rFonts w:ascii="Arial" w:hAnsi="Arial" w:cs="Arial"/>
          <w:b w:val="0"/>
          <w:i w:val="0"/>
          <w:rtl w:val="1"/>
        </w:rPr>
        <w:t>כרטיס שמשלמים בו בלי מטבעות ושטרות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מחיר – </w:t>
      </w:r>
      <w:r>
        <w:rPr>
          <w:rFonts w:ascii="Arial" w:hAnsi="Arial" w:cs="Arial"/>
          <w:b w:val="0"/>
          <w:i w:val="0"/>
          <w:rtl w:val="1"/>
        </w:rPr>
        <w:t>כמה כסף עולה הדבר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עודף – </w:t>
      </w:r>
      <w:r>
        <w:rPr>
          <w:rFonts w:ascii="Arial" w:hAnsi="Arial" w:cs="Arial"/>
          <w:b w:val="0"/>
          <w:i w:val="0"/>
          <w:rtl w:val="1"/>
        </w:rPr>
        <w:t>הכסף שמקבלים בחזרה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קופה – </w:t>
      </w:r>
      <w:r>
        <w:rPr>
          <w:rFonts w:ascii="Arial" w:hAnsi="Arial" w:cs="Arial"/>
          <w:b w:val="0"/>
          <w:i w:val="0"/>
          <w:rtl w:val="1"/>
        </w:rPr>
        <w:t>המקום בחנות שבו משלמים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א׳ – מה נכון?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הקיפו את התשובה הנכונה.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שטר עשוי: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ממתכת     ◯ ב. מנייר     ◯ ג. מעץ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משלמים בחנות: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בקופה     ◯ ב. בחלון     ◯ ג. במדף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הכסף שמקבלים בחזרה: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מחיר     ◯ ב. קופה     ◯ ג. עודף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בלי מטבעות ושטרות משלמים: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בכרטיס תשלום     ◯ ב. בציור     ◯ ג. במחק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ב׳ – משלמים ומחשבים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חשבו וכתבו.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לדוגמה: מחברת עולה 6 ₪. נתתי 10 ₪. כמה עודף קיבלתי?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לדוגמה: יש לי מטבע של 5 ₪ ומטבע של 2 ₪. כמה כסף יש לי?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כתבו שתי דרכים לשלם בחנות.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ציירו מטבע וציירו שטר. במה הם שונים?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ג׳ – משחקים בחנות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דמיינו שאתן ואתם בחנות.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fill="FFF7ED" w:val="clear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color w:val="C2410C"/>
                <w:sz w:val="22"/>
                <w:rtl w:val="1"/>
                <w:bCs/>
                <w:szCs w:val="22"/>
              </w:rPr>
              <w:t>מקרה בוחן: עומר בחנות הספרים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rtl w:val="1"/>
              </w:rPr>
              <w:t>עומר הלך עם אבא לחנות הספרים. הוא בחר חוברת צביעה. המחיר היה 7 ₪ (לדוגמה). עומר נתן לקופאית מטבע של 10 ₪. הקופאית החזירה לו 3 ₪. עומר שמח: "קיבלתי עודף!" אבא שילם על הספר שלו בכרטיס תשלום.</w:t>
            </w:r>
          </w:p>
        </w:tc>
      </w:tr>
    </w:tbl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כמה עלתה החוברת?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למה עומר קיבל 3 ₪ בחזרה?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איך אבא שילם? מה ההבדל בין הדרכים?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כתבו או ציירו: מה קניתי, כמה זה עלה ואיך שילמתי?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5. כתבו מה אומרים לקופאי או לקופאית כשמשלמים.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4"/>
          <w:rtl w:val="1"/>
          <w:bCs/>
          <w:szCs w:val="24"/>
        </w:rPr>
        <w:t>כרטיס יציאה · כסף ודרכים לשלם: איך קונים?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תאריך: 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מה זה עודף? כתבו במילה או ציירו.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כתבו דרך אחת לשלם.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