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מה עושים עם הכסף? תקציב ואחריות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כסף קטן, החלטות גדולות – לומדים לתכנן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7C3AED"/>
          <w:sz w:val="24"/>
          <w:rtl w:val="1"/>
          <w:bCs/>
          <w:szCs w:val="24"/>
        </w:rPr>
        <w:t>מהדורה למורה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🎯 מטרות השיעור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התלמידים והתלמידות יסבירו במילים פשוטות מה זה תקציב.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יבחינו בין התנהגות אחראית ללא אחראית עם כסף.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יתכננו חלוקה פשוטה של סכום קטן בין קנייה לחיסכון.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💡 דגשים והצעות להוראה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פתיחה: להביא ארנק וקופה ולשאול – איפה הכסף שמור טוב יותר?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להשתמש במטבעות משחק: כל ילד וילדה מקבלים 10 ₪ ומחליטים מה לקנות ומה לשמור.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לקרוא את המקרה של מיה בקול ולעצור לפני הסוף: מה היא תחליט?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1. תקציב הוא: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תוכנית לכסף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2. לפני שקונים: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ב. עוצרים וחושבים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3. מקום בטוח לכסף: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ג. הקופה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 xml:space="preserve">4. לחסוך זה: – </w:t>
      </w: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א. לשמור כסף לאחר כך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תשובות – חלק ב׳ – חושבים וכותבים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יש לי 10 ₪. קניתי עיפרון ב־4 ₪. כמה נשאר לי?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6 ₪ (10 פחות 4).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שמתי בקופה 5 ₪ ועוד 5 ₪. כמה יש בקופה?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10 ₪ (5 ועוד 5).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דבר אחד שעושים באחריות עם כסף.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למשל: שומרים בקופה, סופרים את העודף, חושבים לפני שקונים.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ציירו או כתבו: למה הייתי רוצה לחסוך?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65F46"/>
          <w:sz w:val="22"/>
          <w:rtl w:val="1"/>
          <w:bCs/>
          <w:szCs w:val="22"/>
        </w:rPr>
        <w:t>תשובה אישית, למשל: ספר, כדור, מתנה לאח או לאחות.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✅ חלק ג׳ – התוכנית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מקרה הבוחן: </w:t>
      </w:r>
      <w:r>
        <w:rPr>
          <w:rFonts w:ascii="Arial" w:hAnsi="Arial" w:cs="Arial"/>
          <w:b w:val="0"/>
          <w:i w:val="0"/>
          <w:rtl w:val="1"/>
        </w:rPr>
        <w:t>לכוון לכך שאפשר ליהנות מעט וגם לחסוך. להדגיש את הרגע שבו מיה עצרה וחשבה לפני הקנייה.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תשובה טובה כוללת: </w:t>
      </w:r>
      <w:r>
        <w:rPr>
          <w:rFonts w:ascii="Arial" w:hAnsi="Arial" w:cs="Arial"/>
          <w:b w:val="0"/>
          <w:i w:val="0"/>
          <w:rtl w:val="1"/>
        </w:rPr>
        <w:t>תשובה טובה מראה חלוקה: חלק לקנייה וחלק לחיסכון, ושהסכומים יחד שווים ל־10 ₪. במשפט השני – פעולה של שמירה על הכסף.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E7490"/>
          <w:sz w:val="22"/>
          <w:rtl w:val="1"/>
          <w:bCs/>
          <w:szCs w:val="22"/>
        </w:rPr>
        <w:t xml:space="preserve">🌱 עש״ן ד״ק: </w:t>
      </w:r>
      <w:r>
        <w:rPr>
          <w:rFonts w:ascii="Arial" w:hAnsi="Arial" w:cs="Arial"/>
          <w:b w:val="0"/>
          <w:i w:val="0"/>
          <w:rtl w:val="1"/>
        </w:rPr>
        <w:t>מיה רצתה לקנות מיד, אבל עצרה. אפשר לתרגל איתה: עצור, משחררים את השרירים, נושמים עמוק, אומרים לעצמנו "אני יכולה לחכות" – וממשיכים קדימה עם החלטה טובה.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🎞️ מתווה מצגת (סגנון אנימציה תלת־ממדית)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#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כותרת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מה בשקף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i w:val="0"/>
                <w:sz w:val="20"/>
                <w:rtl w:val="1"/>
                <w:bCs/>
                <w:szCs w:val="20"/>
              </w:rPr>
              <w:t>הדמיה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1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עושים עם הכסף?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שאלת פתיחה: קיבלתם כסף – מה תעשו בו?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מונפשת של ילדה מחזיקה ארנק קטן ומחייכת.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2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שלוש דרכים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קונים, חוסכים, נותנים – שלוש דרכים להשתמש בכסף.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שלוש קופסאות צבעוניות תלת־ממדיות עם ציורים של שקית קניות, קופה ולב.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3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מה זה תקציב?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תקציב הוא תוכנית: כמה כסף יש ולאן הוא ילך.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דמות תלת־ממדית של ילד מסדר מטבעות בערמות על שולחן.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4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עוצרים וחושבים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לפני כל קנייה שואלים: אני באמת צריך או צריכה את זה?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תמרור עצור תלת־ממדי ענק ולידו ילדה חושבת עם בועת מחשבה.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5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שומרים על הכסף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ארנק סגור וקופה הם מקום בטוח לכסף.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קופה תלת־ממדית בצורת חזרזיר, מטבעות נופלים לתוכה בעדינות.</w:t>
            </w:r>
          </w:p>
        </w:tc>
      </w:tr>
      <w:tr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6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sz w:val="19"/>
                <w:rtl w:val="1"/>
                <w:bCs/>
                <w:szCs w:val="19"/>
              </w:rPr>
              <w:t>התוכנית שלי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לדוגמה: מתוך 10 ₪ – 6 ₪ לקנייה ו־4 ₪ לקופה.</w:t>
            </w:r>
          </w:p>
        </w:tc>
        <w:tc>
          <w:tcPr>
            <w:tcW w:type="dxa" w:w="260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sz w:val="19"/>
                <w:rtl w:val="1"/>
                <w:szCs w:val="19"/>
              </w:rPr>
              <w:t>לוח תלת־ממדי עם שני סלים, אחד לקנייה ואחד לחיסכון, וילדים מחייכים לידו.</w:t>
            </w:r>
          </w:p>
        </w:tc>
      </w:tr>
    </w:tbl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p>
      <w:r>
        <w:br w:type="page"/>
      </w:r>
    </w:p>
    <w:p>
      <w:pPr>
        <w:bidi w:val="1"/>
        <w:jc w:val="right"/>
      </w:pPr>
      <w:r>
        <w:drawing>
          <wp:inline xmlns:a="http://schemas.openxmlformats.org/drawingml/2006/main" xmlns:pic="http://schemas.openxmlformats.org/drawingml/2006/picture">
            <wp:extent cx="503999" cy="503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" cy="5039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i w:val="0"/>
          <w:color w:val="EA580C"/>
          <w:sz w:val="34"/>
          <w:rtl w:val="1"/>
          <w:bCs/>
          <w:szCs w:val="34"/>
        </w:rPr>
        <w:t xml:space="preserve">  מה עושים עם הכסף? תקציב ואחריות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4B5563"/>
          <w:sz w:val="20"/>
          <w:rtl w:val="1"/>
          <w:szCs w:val="20"/>
        </w:rPr>
        <w:t>כסף קטן, החלטות גדולות – לומדים לתכנן · כיתה א׳ · חינוך פיננסי</w:t>
      </w:r>
    </w:p>
    <w:p>
      <w:pPr>
        <w:bidi w:val="1"/>
        <w:spacing w:after="160"/>
        <w:jc w:val="right"/>
      </w:pPr>
      <w:r>
        <w:rPr>
          <w:rFonts w:ascii="Arial" w:hAnsi="Arial" w:cs="Arial"/>
          <w:b/>
          <w:i w:val="0"/>
          <w:color w:val="EA580C"/>
          <w:sz w:val="24"/>
          <w:rtl w:val="1"/>
          <w:bCs/>
          <w:szCs w:val="24"/>
        </w:rPr>
        <w:t>דף עבודה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כיתה: ________   תאריך: 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📌 תזכורת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>כסף הוא משהו ששומרים עליו ומתכננים מה לעשות בו.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עם כסף אפשר לקנות, לחסוך או לתת.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תקציב הוא תוכנית: כמה כסף יש ולמה הוא ילך.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לפני שקונים, עוצרים וחושבים: האם אני צריך או צריכה את זה?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שומרים את הכסף במקום בטוח, בארנק או בקופה.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• אחריות היא לשמור על הכסף ולא לבזבז הכול מהר.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sz w:val="22"/>
          <w:rtl w:val="1"/>
          <w:szCs w:val="22"/>
        </w:rPr>
        <w:t>לדוגמה: לנועם יש 10 ₪. הוא מחליט לקנות מחברת ב־6 ₪ ולשים 4 ₪ בקופה.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📚 מושגים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כסף – </w:t>
      </w:r>
      <w:r>
        <w:rPr>
          <w:rFonts w:ascii="Arial" w:hAnsi="Arial" w:cs="Arial"/>
          <w:b w:val="0"/>
          <w:i w:val="0"/>
          <w:rtl w:val="1"/>
        </w:rPr>
        <w:t>מטבעות ושטרות שבעזרתם קונים דברים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תקציב – </w:t>
      </w:r>
      <w:r>
        <w:rPr>
          <w:rFonts w:ascii="Arial" w:hAnsi="Arial" w:cs="Arial"/>
          <w:b w:val="0"/>
          <w:i w:val="0"/>
          <w:rtl w:val="1"/>
        </w:rPr>
        <w:t>תוכנית: כמה כסף יש ולאן הוא ילך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לחסוך – </w:t>
      </w:r>
      <w:r>
        <w:rPr>
          <w:rFonts w:ascii="Arial" w:hAnsi="Arial" w:cs="Arial"/>
          <w:b w:val="0"/>
          <w:i w:val="0"/>
          <w:rtl w:val="1"/>
        </w:rPr>
        <w:t>לשמור כסף לאחר כך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לבזבז – </w:t>
      </w:r>
      <w:r>
        <w:rPr>
          <w:rFonts w:ascii="Arial" w:hAnsi="Arial" w:cs="Arial"/>
          <w:b w:val="0"/>
          <w:i w:val="0"/>
          <w:rtl w:val="1"/>
        </w:rPr>
        <w:t>להוציא כסף בלי לחשוב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אחריות – </w:t>
      </w:r>
      <w:r>
        <w:rPr>
          <w:rFonts w:ascii="Arial" w:hAnsi="Arial" w:cs="Arial"/>
          <w:b w:val="0"/>
          <w:i w:val="0"/>
          <w:rtl w:val="1"/>
        </w:rPr>
        <w:t>לשמור על הכסף ולחשוב לפני שקונים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i w:val="0"/>
          <w:sz w:val="22"/>
          <w:rtl w:val="1"/>
          <w:bCs/>
          <w:szCs w:val="22"/>
        </w:rPr>
        <w:t xml:space="preserve">ארנק – </w:t>
      </w:r>
      <w:r>
        <w:rPr>
          <w:rFonts w:ascii="Arial" w:hAnsi="Arial" w:cs="Arial"/>
          <w:b w:val="0"/>
          <w:i w:val="0"/>
          <w:rtl w:val="1"/>
        </w:rPr>
        <w:t>תיק קטן ששומרים בו כסף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א׳ – מה נכון?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הקיפו את התשובה הנכונה.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תקציב הוא: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תוכנית לכסף     ◯ ב. סוג של משחק     ◯ ג. שם של חנות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לפני שקונים: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רצים לקופה     ◯ ב. עוצרים וחושבים     ◯ ג. קונים 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מקום בטוח לכסף: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הרצפה     ◯ ב. הכיס הפתוח     ◯ ג. הקופה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לחסוך זה: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◯ א. לשמור כסף לאחר כך     ◯ ב. לבזבז הכול     ◯ ג. לאבד את הארנק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ב׳ – חושבים וכותבים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השלימו, חשבו וכתבו.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לדוגמה: יש לי 10 ₪. קניתי עיפרון ב־4 ₪. כמה נשאר לי?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לדוגמה: שמתי בקופה 5 ₪ ועוד 5 ₪. כמה יש בקופה?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כתבו דבר אחד שעושים באחריות עם כסף.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ציירו או כתבו: למה הייתי רוצה לחסוך?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i w:val="0"/>
          <w:color w:val="EA580C"/>
          <w:sz w:val="26"/>
          <w:rtl w:val="1"/>
          <w:bCs/>
          <w:szCs w:val="26"/>
        </w:rPr>
        <w:t>חלק ג׳ – התוכנית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/>
          <w:color w:val="4B5563"/>
          <w:sz w:val="22"/>
          <w:rtl w:val="1"/>
          <w:szCs w:val="22"/>
        </w:rPr>
        <w:t>כתבו או ציירו את התוכנית שלכם.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fill="FFF7ED" w:val="clear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i w:val="0"/>
                <w:color w:val="C2410C"/>
                <w:sz w:val="22"/>
                <w:rtl w:val="1"/>
                <w:bCs/>
                <w:szCs w:val="22"/>
              </w:rPr>
              <w:t>מקרה בוחן: מיה והמטבעות של סבתא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i w:val="0"/>
                <w:rtl w:val="1"/>
              </w:rPr>
              <w:t>סבתא נתנה למיה 10 ₪ (לדוגמה). מיה רצתה מיד לקנות סוכריות. אחר כך נזכרה: היא רוצה ספר חדש. הספר עולה 20 ₪. מיה עצרה וחשבה. היא קנתה סוכרייה אחת ב־2 ₪. את 8 השקלים האחרים שמה בקופה.</w:t>
            </w:r>
          </w:p>
        </w:tc>
      </w:tr>
    </w:tbl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מיה קיבלה מסבתא?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מה מיה עשתה עם הכסף?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3. מה הייתן והייתם עושים במקומה? למה?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4. קיבלתי 10 ₪. מה אקנה ומה אשמור? כתבו או ציירו.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5. כתבו משפט אחד: איך אני שומר או שומרת על הכסף שלי?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color w:val="0E7490"/>
          <w:sz w:val="22"/>
          <w:rtl w:val="1"/>
          <w:bCs/>
          <w:szCs w:val="22"/>
        </w:rPr>
        <w:t xml:space="preserve">🌱 עש״ן ד״ק – </w:t>
      </w:r>
      <w:r>
        <w:rPr>
          <w:rFonts w:ascii="Arial" w:hAnsi="Arial" w:cs="Arial"/>
          <w:b w:val="0"/>
          <w:i w:val="0"/>
          <w:rtl w:val="1"/>
        </w:rPr>
        <w:t>מיה רצתה לקנות מיד, אבל עצרה. אפשר לתרגל איתה: עצור, משחררים את השרירים, נושמים עמוק, אומרים לעצמנו "אני יכולה לחכות" – וממשיכים קדימה עם החלטה טובה.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i w:val="0"/>
          <w:sz w:val="24"/>
          <w:rtl w:val="1"/>
          <w:bCs/>
          <w:szCs w:val="24"/>
        </w:rPr>
        <w:t>כרטיס יציאה · מה עושים עם הכסף? תקציב ואחריות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שם: ____________________   תאריך: 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1. מה זה תקציב? כתבו מילה או ציירו.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i w:val="0"/>
          <w:sz w:val="22"/>
          <w:rtl w:val="1"/>
          <w:szCs w:val="22"/>
        </w:rPr>
        <w:t>2. דבר אחד שאעשה לפני שאקנה משהו: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i w:val="0"/>
          <w:color w:val="9CA3AF"/>
          <w:sz w:val="20"/>
          <w:rtl w:val="1"/>
          <w:szCs w:val="20"/>
        </w:rPr>
        <w:t>______________________________________________________________________________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i w:val="0"/>
          <w:color w:val="6B7280"/>
          <w:sz w:val="22"/>
          <w:rtl w:val="1"/>
          <w:szCs w:val="22"/>
        </w:rPr>
        <w:t>✂ - - - - - - - - - - - - - - - - - - - - - - - - - - - - - - - - - - - - - - - - - -</w:t>
      </w:r>
    </w:p>
    <w:p>
      <w:pPr>
        <w:bidi w:val="1"/>
        <w:spacing w:after="0"/>
        <w:jc w:val="right"/>
      </w:pPr>
      <w:r>
        <w:rPr>
          <w:rFonts w:ascii="Arial" w:hAnsi="Arial" w:cs="Arial"/>
          <w:b w:val="0"/>
          <w:i w:val="0"/>
          <w:color w:val="6B7280"/>
          <w:sz w:val="17"/>
          <w:rtl w:val="1"/>
          <w:szCs w:val="17"/>
        </w:rPr>
        <w:t>יצרה: רוית ראש בן ישי · חינוך פיננסי – מכיתה א׳ ועד י״ב · מספרים ומחירים הם לדוגמה בלבד</w:t>
      </w:r>
    </w:p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